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3200"/>
      </w:pPr>
      <w:r>
        <w:t>Excel 365 vs Excel 2024</w:t>
      </w:r>
    </w:p>
    <w:p>
      <w:pPr>
        <w:pStyle w:val="Subtitle"/>
      </w:pPr>
      <w:r>
        <w:t>Guida pratica per scegliere, usare e valorizzare la versione giusta tra abbonamento, licenza perpetua, cloud, automazione e intelligenza artificiale</w:t>
      </w:r>
    </w:p>
    <w:p>
      <w:pPr>
        <w:jc w:val="center"/>
      </w:pPr>
      <w:r>
        <w:rPr>
          <w:rFonts w:ascii="Georgia" w:hAnsi="Georgia"/>
          <w:b/>
          <w:sz w:val="26"/>
        </w:rPr>
        <w:t>Falamesca.it</w:t>
      </w:r>
    </w:p>
    <w:p>
      <w:r>
        <w:br w:type="page"/>
      </w:r>
    </w:p>
    <w:p>
      <w:pPr>
        <w:pStyle w:val="Heading1"/>
        <w:keepNext/>
        <w:spacing w:before="240" w:after="120"/>
      </w:pPr>
      <w:r>
        <w:t>Copyright</w:t>
      </w:r>
    </w:p>
    <w:p>
      <w:pPr>
        <w:pStyle w:val="BodyText"/>
        <w:ind w:firstLine="0"/>
      </w:pPr>
      <w:r>
        <w:t>Copyright © 2026 Falamesca.it. Tutti i diritti riservati.</w:t>
      </w:r>
    </w:p>
    <w:p>
      <w:pPr>
        <w:pStyle w:val="BodyText"/>
        <w:ind w:firstLine="0"/>
      </w:pPr>
      <w:r>
        <w:t>Nessuna parte di questo libro può essere riprodotta, archiviata o trasmessa in qualsiasi forma o con qualsiasi mezzo, elettronico, meccanico, digitale o cartaceo, senza autorizzazione scritta dell’autore, salvo brevi citazioni a scopo di recensione o studio.</w:t>
      </w:r>
    </w:p>
    <w:p>
      <w:pPr>
        <w:pStyle w:val="BodyText"/>
        <w:ind w:firstLine="0"/>
      </w:pPr>
      <w:r>
        <w:t>I nomi dei prodotti, i marchi e i servizi citati appartengono ai rispettivi titolari. Microsoft, Excel, Office, Microsoft 365, OneDrive, SharePoint, Power Query, Power BI e Copilot sono marchi o denominazioni riconducibili a Microsoft Corporation. Questo libro non è affiliato, sponsorizzato o approvato da Microsoft.</w:t>
      </w:r>
    </w:p>
    <w:p>
      <w:pPr>
        <w:pStyle w:val="BodyText"/>
        <w:ind w:firstLine="0"/>
      </w:pPr>
      <w:r>
        <w:t>Edizione editoriale: luglio 2026.</w:t>
      </w:r>
    </w:p>
    <w:p>
      <w:r>
        <w:br w:type="page"/>
      </w:r>
    </w:p>
    <w:p>
      <w:pPr>
        <w:pStyle w:val="Heading1"/>
        <w:keepNext/>
        <w:spacing w:before="240" w:after="120"/>
      </w:pPr>
      <w:r>
        <w:t>Disclaimer</w:t>
      </w:r>
    </w:p>
    <w:p>
      <w:pPr>
        <w:pStyle w:val="BodyText"/>
        <w:ind w:firstLine="255"/>
      </w:pPr>
      <w:r>
        <w:t>Questo libro ha finalità informative e formative. Le funzionalità, i piani, i requisiti, le politiche di supporto e le disponibilità dei servizi Microsoft possono cambiare nel tempo. Le informazioni tecniche sono state verificate attraverso fonti ufficiali e specialistiche disponibili alla data di preparazione dell’opera, ma il lettore dovrebbe sempre controllare la documentazione Microsoft aggiornata prima di acquistare licenze, pianificare migrazioni o prendere decisioni operative per aziende, scuole o enti pubblici.</w:t>
      </w:r>
    </w:p>
    <w:p>
      <w:pPr>
        <w:pStyle w:val="BodyText"/>
        <w:ind w:firstLine="255"/>
      </w:pPr>
      <w:r>
        <w:t>Gli esempi contenuti nel testo sono costruiti a scopo didattico. Prima di applicarli a dati reali, file contabili, informazioni riservate o processi aziendali critici, è necessario testarli su copie di sicurezza e validarli secondo le proprie procedure interne.</w:t>
      </w:r>
    </w:p>
    <w:p>
      <w:r>
        <w:br w:type="page"/>
      </w:r>
    </w:p>
    <w:p>
      <w:pPr>
        <w:pStyle w:val="Heading1"/>
        <w:keepNext/>
        <w:spacing w:before="240" w:after="120"/>
      </w:pPr>
      <w:r>
        <w:t>Indice</w:t>
      </w:r>
    </w:p>
    <w:p>
      <w:pPr>
        <w:pStyle w:val="BodyText"/>
        <w:spacing w:after="60"/>
        <w:ind w:firstLine="0"/>
      </w:pPr>
      <w:r>
        <w:t>Introduzione</w:t>
      </w:r>
    </w:p>
    <w:p>
      <w:pPr>
        <w:pStyle w:val="BodyText"/>
        <w:spacing w:after="60"/>
        <w:ind w:firstLine="0"/>
      </w:pPr>
      <w:r>
        <w:t>Capitolo 1 - Perché il confronto tra Excel 365 ed Excel 2024 conta più di quanto sembri</w:t>
      </w:r>
    </w:p>
    <w:p>
      <w:pPr>
        <w:pStyle w:val="BodyText"/>
        <w:spacing w:after="60"/>
        <w:ind w:firstLine="0"/>
      </w:pPr>
      <w:r>
        <w:t>Capitolo 2 - Licenza, costo e modello d’uso: abbonamento contro acquisto una tantum</w:t>
      </w:r>
    </w:p>
    <w:p>
      <w:pPr>
        <w:pStyle w:val="BodyText"/>
        <w:spacing w:after="60"/>
        <w:ind w:firstLine="0"/>
      </w:pPr>
      <w:r>
        <w:t>Capitolo 3 - Funzionalità a confronto: cosa cambia davvero nell’uso quotidiano</w:t>
      </w:r>
    </w:p>
    <w:p>
      <w:pPr>
        <w:pStyle w:val="BodyText"/>
        <w:spacing w:after="60"/>
        <w:ind w:firstLine="0"/>
      </w:pPr>
      <w:r>
        <w:t>Capitolo 4 - Formule moderne: matrici dinamiche, LAMBDA e funzioni che cambiano il modo di lavorare</w:t>
      </w:r>
    </w:p>
    <w:p>
      <w:pPr>
        <w:pStyle w:val="BodyText"/>
        <w:spacing w:after="60"/>
        <w:ind w:firstLine="0"/>
      </w:pPr>
      <w:r>
        <w:t>Capitolo 5 - Dati, Power Query, tabelle pivot e dashboard: Excel come centro di analisi</w:t>
      </w:r>
    </w:p>
    <w:p>
      <w:pPr>
        <w:pStyle w:val="BodyText"/>
        <w:spacing w:after="60"/>
        <w:ind w:firstLine="0"/>
      </w:pPr>
      <w:r>
        <w:t>Capitolo 6 - Collaborazione, cloud e lavoro multi-dispositivo</w:t>
      </w:r>
    </w:p>
    <w:p>
      <w:pPr>
        <w:pStyle w:val="BodyText"/>
        <w:spacing w:after="60"/>
        <w:ind w:firstLine="0"/>
      </w:pPr>
      <w:r>
        <w:t>Capitolo 7 - Copilot, Python e automazione: cosa cambia con Excel 365</w:t>
      </w:r>
    </w:p>
    <w:p>
      <w:pPr>
        <w:pStyle w:val="BodyText"/>
        <w:spacing w:after="60"/>
        <w:ind w:firstLine="0"/>
      </w:pPr>
      <w:r>
        <w:t>Capitolo 8 - Sicurezza, aggiornamenti e continuità operativa</w:t>
      </w:r>
    </w:p>
    <w:p>
      <w:pPr>
        <w:pStyle w:val="BodyText"/>
        <w:spacing w:after="60"/>
        <w:ind w:firstLine="0"/>
      </w:pPr>
      <w:r>
        <w:t>Capitolo 9 - Scenari pratici: casa, studenti, professionisti, PMI e aziende</w:t>
      </w:r>
    </w:p>
    <w:p>
      <w:pPr>
        <w:pStyle w:val="BodyText"/>
        <w:spacing w:after="60"/>
        <w:ind w:firstLine="0"/>
      </w:pPr>
      <w:r>
        <w:t>Capitolo 10 - Metodo decisionale: scegliere oggi senza pentirsi domani</w:t>
      </w:r>
    </w:p>
    <w:p>
      <w:pPr>
        <w:pStyle w:val="BodyText"/>
        <w:spacing w:after="60"/>
        <w:ind w:firstLine="0"/>
      </w:pPr>
      <w:r>
        <w:t>Conclusione</w:t>
      </w:r>
    </w:p>
    <w:p>
      <w:pPr>
        <w:pStyle w:val="BodyText"/>
        <w:spacing w:after="60"/>
        <w:ind w:firstLine="0"/>
      </w:pPr>
      <w:r>
        <w:t>Glossario essenziale</w:t>
      </w:r>
    </w:p>
    <w:p>
      <w:pPr>
        <w:pStyle w:val="BodyText"/>
        <w:spacing w:after="60"/>
        <w:ind w:firstLine="0"/>
      </w:pPr>
      <w:r>
        <w:t>Appendici operative</w:t>
      </w:r>
    </w:p>
    <w:p>
      <w:pPr>
        <w:pStyle w:val="BodyText"/>
        <w:spacing w:after="60"/>
        <w:ind w:firstLine="0"/>
      </w:pPr>
      <w:r>
        <w:t>Bibliografia e fonti consultate</w:t>
      </w:r>
    </w:p>
    <w:p>
      <w:pPr>
        <w:pStyle w:val="BodyText"/>
        <w:spacing w:after="60"/>
        <w:ind w:firstLine="0"/>
      </w:pPr>
      <w:r>
        <w:t>Note sull’autore</w:t>
      </w:r>
    </w:p>
    <w:p>
      <w:r>
        <w:br w:type="page"/>
      </w:r>
    </w:p>
    <w:p>
      <w:pPr>
        <w:pStyle w:val="Heading1"/>
        <w:keepNext/>
        <w:spacing w:before="240" w:after="120"/>
      </w:pPr>
      <w:r>
        <w:t>Introduzione</w:t>
      </w:r>
    </w:p>
    <w:p>
      <w:pPr>
        <w:pStyle w:val="BodyText"/>
        <w:ind w:firstLine="255"/>
      </w:pPr>
      <w:r>
        <w:t>Scegliere tra Excel 365 ed Excel 2024 sembra, a prima vista, una decisione semplice. Da una parte c’è l’abbonamento Microsoft 365, con aggiornamenti continui, servizi cloud e funzioni che evolvono nel tempo. Dall’altra c’è Office 2024, con la logica dell’acquisto una tantum, più vicina a chi preferisce pagare una volta, installare il programma e lavorare in un ambiente stabile.</w:t>
      </w:r>
    </w:p>
    <w:p>
      <w:pPr>
        <w:pStyle w:val="BodyText"/>
        <w:ind w:firstLine="255"/>
      </w:pPr>
      <w:r>
        <w:t>In realtà la scelta è più profonda. Excel è spesso il luogo in cui finiscono decisioni economiche, attività amministrative, pianificazioni, report, listini, archivi, turni, analisi commerciali, compiti scolastici, tracciamenti personali e piccoli sistemi di lavoro costruiti nel tempo. Una cartella Excel può sembrare un file, ma spesso è una procedura. Cambiare versione significa incidere su quella procedura.</w:t>
      </w:r>
    </w:p>
    <w:p>
      <w:pPr>
        <w:pStyle w:val="BodyText"/>
        <w:ind w:firstLine="255"/>
      </w:pPr>
      <w:r>
        <w:t>Questo libro non nasce per vendere una risposta preconfezionata. Non afferma che Excel 365 sia sempre migliore perché più moderno, né che Excel 2024 sia sempre preferibile perché non richiede abbonamento. L’obiettivo è dare al lettore una guida concreta per capire cosa cambia davvero, quali differenze contano nel lavoro quotidiano e quali invece sono marginali.</w:t>
      </w:r>
    </w:p>
    <w:p>
      <w:pPr>
        <w:pStyle w:val="BodyText"/>
        <w:ind w:firstLine="255"/>
      </w:pPr>
      <w:r>
        <w:t>Useremo il termine Excel 365 come espressione comune per indicare Excel incluso negli abbonamenti Microsoft 365. Quando il riferimento tecnico lo richiede, parleremo di Excel per Microsoft 365. Useremo Excel 2024 per indicare la versione inclusa in Office 2024, cioè la suite acquistabile una tantum nelle edizioni previste da Microsoft.</w:t>
      </w:r>
    </w:p>
    <w:p>
      <w:pPr>
        <w:pStyle w:val="BodyText"/>
        <w:ind w:firstLine="255"/>
      </w:pPr>
      <w:r>
        <w:t>Il percorso è costruito in modo progressivo. I primi capitoli affrontano il modello di licenza e il senso generale del confronto. I capitoli centrali analizzano funzionalità, formule moderne, dati, collaborazione, cloud, Copilot, Python e sicurezza. Gli ultimi capitoli traducono tutto in scenari pratici e in un metodo decisionale.</w:t>
      </w:r>
    </w:p>
    <w:p>
      <w:pPr>
        <w:pStyle w:val="BodyText"/>
        <w:ind w:firstLine="255"/>
      </w:pPr>
      <w:r>
        <w:t>Il lettore ideale non deve essere esperto. Può essere un privato che vuole comprare Office senza sbagliare, un professionista che usa Excel per lavorare, un piccolo imprenditore che deve scegliere per l’ufficio, un formatore, uno studente o un consulente informatico che vuole spiegare la differenza ai clienti con parole semplici.</w:t>
      </w:r>
    </w:p>
    <w:p>
      <w:pPr>
        <w:pStyle w:val="BodyText"/>
        <w:ind w:firstLine="255"/>
      </w:pPr>
      <w:r>
        <w:t>Alla fine del libro troverai un glossario, checklist operative e una bibliografia con le principali fonti consultate. Il risultato atteso non è sapere tutto di Excel, ma sapere quale Excel scegliere e come usarlo con maggiore consapevolezza.</w:t>
      </w:r>
    </w:p>
    <w:p>
      <w:r>
        <w:br w:type="page"/>
      </w:r>
    </w:p>
    <w:p>
      <w:pPr>
        <w:pStyle w:val="Heading1"/>
        <w:keepNext/>
        <w:spacing w:before="240" w:after="120"/>
      </w:pPr>
      <w:r>
        <w:t>Capitolo 1</w:t>
        <w:br/>
        <w:t>Perché il confronto tra Excel 365 ed Excel 2024 conta più di quanto sembri</w:t>
      </w:r>
    </w:p>
    <w:p>
      <w:pPr>
        <w:pStyle w:val="BodyText"/>
        <w:ind w:firstLine="255"/>
      </w:pPr>
      <w:r>
        <w:t>Excel non è più soltanto il foglio di calcolo che molti hanno imparato a usare a scuola, in ufficio o per tenere sotto controllo le spese di casa. È diventato una piattaforma di lavoro. Dentro una cartella Excel oggi convivono formule, tabelle, importazioni dati, controlli di qualità, grafici, automazioni, connessioni cloud e, nelle versioni più moderne, anche funzioni di intelligenza artificiale e linguaggi di analisi avanzata.</w:t>
      </w:r>
    </w:p>
    <w:p>
      <w:pPr>
        <w:pStyle w:val="BodyText"/>
        <w:ind w:firstLine="255"/>
      </w:pPr>
      <w:r>
        <w:t>Per questo il confronto tra Excel 365 ed Excel 2024 non può essere ridotto alla domanda “meglio pagare ogni anno o comprare una volta sola?”. La domanda corretta è: quale versione sostiene meglio il modo in cui lavori oggi e quello che potresti dover fare nei prossimi anni? Questo libro nasce per dare una risposta chiara, senza slogan e senza tecnicismi inutili.</w:t>
      </w:r>
    </w:p>
    <w:p>
      <w:pPr>
        <w:pStyle w:val="Heading2"/>
        <w:keepNext/>
        <w:spacing w:before="200" w:after="120"/>
      </w:pPr>
      <w:r>
        <w:t>Obiettivo del capitolo</w:t>
      </w:r>
    </w:p>
    <w:p>
      <w:pPr>
        <w:pStyle w:val="BodyText"/>
        <w:ind w:firstLine="255"/>
      </w:pPr>
      <w:r>
        <w:t>Aiutare il lettore a capire che la scelta non riguarda solo il prezzo, ma il modo di lavorare con dati, file, aggiornamenti e collaborazione.</w:t>
      </w:r>
    </w:p>
    <w:p>
      <w:pPr>
        <w:pStyle w:val="Heading2"/>
        <w:keepNext/>
        <w:spacing w:before="200" w:after="120"/>
      </w:pPr>
      <w:r>
        <w:t>Il nome: Excel 365 e Excel per Microsoft 365</w:t>
      </w:r>
    </w:p>
    <w:p>
      <w:pPr>
        <w:pStyle w:val="BodyText"/>
        <w:ind w:firstLine="255"/>
      </w:pPr>
      <w:r>
        <w:t>Nel linguaggio comune molti utenti parlano ancora di Excel 365. Microsoft, nelle pagine ufficiali, usa spesso la formula Excel for Microsoft 365 o Excel per Microsoft 365. In questo libro useremo Excel 365 come nome pratico, ma il riferimento è alla versione di Excel inclusa negli abbonamenti Microsoft 365.</w:t>
      </w:r>
    </w:p>
    <w:p>
      <w:pPr>
        <w:pStyle w:val="BodyText"/>
        <w:ind w:firstLine="255"/>
      </w:pPr>
      <w:r>
        <w:t>La precisione del nome non è un dettaglio formale. Aiuta a distinguere il prodotto in abbonamento, aggiornato in modo continuo, dalla versione Excel 2024 inclusa in Office 2024, acquistabile una tantum e pensata per restare più stabile nel tempo.</w:t>
      </w:r>
    </w:p>
    <w:p>
      <w:pPr>
        <w:pStyle w:val="BodyText"/>
        <w:ind w:firstLine="255"/>
      </w:pPr>
      <w:r>
        <w:t>Per un utente non tecnico, questo tema va letto attraverso il criterio del facilità di collaborazione.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Il vero oggetto del confronto</w:t>
      </w:r>
    </w:p>
    <w:p>
      <w:pPr>
        <w:pStyle w:val="BodyText"/>
        <w:ind w:firstLine="255"/>
      </w:pPr>
      <w:r>
        <w:t>Molti confronti online si fermano a una tabella di spunte: questa funzione sì, quella funzione no. È utile, ma non basta. Un professionista che lavora con report mensili, un negoziante che aggiorna un inventario, uno studente che prepara esercizi e una piccola azienda con file condivisi hanno bisogni diversi.</w:t>
      </w:r>
    </w:p>
    <w:p>
      <w:pPr>
        <w:pStyle w:val="BodyText"/>
        <w:ind w:firstLine="255"/>
      </w:pPr>
      <w:r>
        <w:t>Il punto non è eleggere un vincitore assoluto. Excel 365 può essere più potente in scenari evolutivi, collaborativi e cloud. Excel 2024 può essere più adatto quando serve stabilità, licenza perpetua e un ambiente più prevedibile. La scelta deve partire dal contesto.</w:t>
      </w:r>
    </w:p>
    <w:p>
      <w:pPr>
        <w:pStyle w:val="BodyText"/>
        <w:ind w:firstLine="255"/>
      </w:pPr>
      <w:r>
        <w:t>Per chi gestisce file importanti, questo tema va letto attraverso il criterio del controllo dei file.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Perché Excel è diventato una piattaforma</w:t>
      </w:r>
    </w:p>
    <w:p>
      <w:pPr>
        <w:pStyle w:val="BodyText"/>
        <w:ind w:firstLine="255"/>
      </w:pPr>
      <w:r>
        <w:t>Le versioni moderne di Excel non sono solo un insieme di celle. Le matrici dinamiche hanno cambiato il modo di scrivere formule; Power Query ha trasformato l’importazione dati; le tabelle pivot restano uno strumento decisivo per sintetizzare informazioni; Copilot e Python in Excel spostano ulteriormente il confine verso assistenza, analisi e automazione.</w:t>
      </w:r>
    </w:p>
    <w:p>
      <w:pPr>
        <w:pStyle w:val="BodyText"/>
        <w:ind w:firstLine="255"/>
      </w:pPr>
      <w:r>
        <w:t>Questo significa che una scelta fatta oggi influenza non solo la possibilità di aprire un file, ma anche la qualità del lavoro, la velocità con cui si correggono errori, la facilità con cui si collabora e la capacità di adattarsi a nuove richieste.</w:t>
      </w:r>
    </w:p>
    <w:p>
      <w:pPr>
        <w:pStyle w:val="BodyText"/>
        <w:ind w:firstLine="255"/>
      </w:pPr>
      <w:r>
        <w:t>La conseguenza più concreta è che questo tema va letto attraverso il criterio del prevedibilità degli aggiornamenti.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L’errore da evitare: scegliere per abitudine</w:t>
      </w:r>
    </w:p>
    <w:p>
      <w:pPr>
        <w:pStyle w:val="BodyText"/>
        <w:ind w:firstLine="255"/>
      </w:pPr>
      <w:r>
        <w:t>Molti utenti scelgono la versione di Office come hanno sempre fatto: acquistano una licenza, installano il programma e lo usano finché funziona. Altri, al contrario, accettano l’abbonamento senza valutare se le funzioni aggiuntive siano davvero utili. Entrambi gli approcci possono essere sbagliati se ignorano il costo totale, il rischio operativo e il valore del tempo risparmiato.</w:t>
      </w:r>
    </w:p>
    <w:p>
      <w:pPr>
        <w:pStyle w:val="BodyText"/>
        <w:ind w:firstLine="255"/>
      </w:pPr>
      <w:r>
        <w:t>In un confronto serio bisogna pesare quattro elementi: quanto si usa Excel, quanto cambiano i file nel tempo, quante persone devono lavorare sugli stessi documenti e quanto è importante ricevere nuove funzionalità senza attendere una nuova versione maggiore.</w:t>
      </w:r>
    </w:p>
    <w:p>
      <w:pPr>
        <w:pStyle w:val="BodyText"/>
        <w:ind w:firstLine="255"/>
      </w:pPr>
      <w:r>
        <w:t>Il punto da non perdere è che questo tema va letto attraverso il criterio del sicurezza dei dati.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Il lettore ideale di questo libro</w:t>
      </w:r>
    </w:p>
    <w:p>
      <w:pPr>
        <w:pStyle w:val="BodyText"/>
        <w:ind w:firstLine="255"/>
      </w:pPr>
      <w:r>
        <w:t>Questo libro è pensato per chi usa Excel, lo compra, lo consiglia o lo amministra. Non serve essere sviluppatori o analisti dati. Serve solo voler capire, con esempi concreti, quali differenze incidono davvero nel lavoro quotidiano.</w:t>
      </w:r>
    </w:p>
    <w:p>
      <w:pPr>
        <w:pStyle w:val="BodyText"/>
        <w:ind w:firstLine="255"/>
      </w:pPr>
      <w:r>
        <w:t>Il percorso parte dalle basi della scelta e arriva a funzioni moderne, sicurezza, cloud, intelligenza artificiale, casi pratici e metodo decisionale. Ogni capitolo aggiunge un tassello, così il lettore può arrivare alla fine con una decisione motivata e difendibile.</w:t>
      </w:r>
    </w:p>
    <w:p>
      <w:pPr>
        <w:pStyle w:val="BodyText"/>
        <w:ind w:firstLine="255"/>
      </w:pPr>
      <w:r>
        <w:t>Nella scelta finale, questo tema va letto attraverso il criterio del compatibilità con gli altri.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Approfondimento editoriale</w:t>
      </w:r>
    </w:p>
    <w:p>
      <w:pPr>
        <w:pStyle w:val="Heading3"/>
        <w:keepNext/>
        <w:spacing w:before="200" w:after="120"/>
      </w:pPr>
      <w:r>
        <w:t>Lettura strategica del problema</w:t>
      </w:r>
    </w:p>
    <w:p>
      <w:pPr>
        <w:pStyle w:val="BodyText"/>
        <w:ind w:firstLine="255"/>
      </w:pPr>
      <w:r>
        <w:t>Il confronto iniziale tra Excel 365 ed Excel 2024 deve essere trattato come una scelta di infrastruttura personale. Anche quando si parla di un singolo utente, Excel spesso conserva memoria di decisioni, dati e procedure. Un file di budget, un listino o un registro clienti non sono soltanto documenti: sono strumenti operativi che accumulano abitudini. La versione scelta influenza il modo in cui quelle abitudini potranno evolvere.</w:t>
      </w:r>
    </w:p>
    <w:p>
      <w:pPr>
        <w:pStyle w:val="BodyText"/>
        <w:ind w:firstLine="255"/>
      </w:pPr>
      <w:r>
        <w:t>Per questo è utile ragionare su tre livelli: il livello del programma, il livello dei file e il livello dei processi. Il programma è ciò che acquisti o sottoscrivi. I file sono ciò che apri ogni giorno. I processi sono le azioni che quei file sostengono. La maggior parte degli errori nasce quando si decide sul primo livello senza osservare gli altri due.</w:t>
      </w:r>
    </w:p>
    <w:p>
      <w:pPr>
        <w:pStyle w:val="Heading3"/>
        <w:keepNext/>
        <w:spacing w:before="200" w:after="120"/>
      </w:pPr>
      <w:r>
        <w:t>Domande da porsi subito</w:t>
      </w:r>
    </w:p>
    <w:p>
      <w:pPr>
        <w:pStyle w:val="BodyText"/>
        <w:ind w:firstLine="255"/>
      </w:pPr>
      <w:r>
        <w:t>Prima ancora di guardare le funzioni, chiediti quanto Excel sia integrato nella tua giornata. Se lo usi per calcoli occasionali, la scelta resta relativamente semplice. Se invece ogni settimana aggiorni report, invii file, estrai dati, controlli risultati e prendi decisioni, allora Excel non è più un programma qualunque: è una parte del tuo sistema produttivo.</w:t>
      </w:r>
    </w:p>
    <w:p>
      <w:pPr>
        <w:pStyle w:val="BodyText"/>
        <w:ind w:firstLine="255"/>
      </w:pPr>
      <w:r>
        <w:t>La domanda più utile non è “quale versione ha più funzioni?”, ma “quale versione riduce meglio attriti e rischi nel mio modo di lavorare?”. Una funzione non utilizzata non genera valore; una funzione essenziale mancante può invece rallentare tutto.</w:t>
      </w:r>
    </w:p>
    <w:p>
      <w:pPr>
        <w:pStyle w:val="Heading3"/>
        <w:keepNext/>
        <w:spacing w:before="200" w:after="120"/>
      </w:pPr>
      <w:r>
        <w:t>Un esempio mentale</w:t>
      </w:r>
    </w:p>
    <w:p>
      <w:pPr>
        <w:pStyle w:val="BodyText"/>
        <w:ind w:firstLine="255"/>
      </w:pPr>
      <w:r>
        <w:t>Pensa a due utenti con lo stesso foglio di calcolo. Il primo lo apre una volta al mese per aggiornare spese familiari. Il secondo lo usa ogni giorno per confrontare vendite, margini e prodotti. Anche se il file sembra simile, il valore della versione cambia completamente. Il primo cerca stabilità e semplicità; il secondo cerca velocità, affidabilità, aggiornamento e magari collaborazione.</w:t>
      </w:r>
    </w:p>
    <w:p>
      <w:pPr>
        <w:pStyle w:val="BodyText"/>
        <w:ind w:firstLine="255"/>
      </w:pPr>
      <w:r>
        <w:t>Il libro adotta proprio questa prospettiva: non giudica Excel in astratto, ma rispetto alla funzione che svolge nella vita del lettore.</w:t>
      </w:r>
    </w:p>
    <w:p>
      <w:pPr>
        <w:pStyle w:val="Heading2"/>
        <w:keepNext/>
        <w:spacing w:before="200" w:after="120"/>
      </w:pPr>
      <w:r>
        <w:t>Errori ricorrenti da evitare</w:t>
      </w:r>
    </w:p>
    <w:p>
      <w:pPr>
        <w:pStyle w:val="ListBullet"/>
      </w:pPr>
      <w:r>
        <w:t>Scegliere la versione solo perché è quella già conosciuta, senza verificare se i processi sono cambiati.</w:t>
      </w:r>
    </w:p>
    <w:p>
      <w:pPr>
        <w:pStyle w:val="ListBullet"/>
      </w:pPr>
      <w:r>
        <w:t>Valutare solo il prezzo iniziale e ignorare tempo perso, collaborazione, aggiornamenti e compatibilità.</w:t>
      </w:r>
    </w:p>
    <w:p>
      <w:pPr>
        <w:pStyle w:val="ListBullet"/>
      </w:pPr>
      <w:r>
        <w:t>Creare file con funzioni moderne senza indicare la versione minima necessaria per aprirli correttamente.</w:t>
      </w:r>
    </w:p>
    <w:p>
      <w:pPr>
        <w:pStyle w:val="ListBullet"/>
      </w:pPr>
      <w:r>
        <w:t>Confondere cloud con disordine: salvare online non basta se permessi, nomi file e responsabilità non sono chiari.</w:t>
      </w:r>
    </w:p>
    <w:p>
      <w:pPr>
        <w:pStyle w:val="ListBullet"/>
      </w:pPr>
      <w:r>
        <w:t>Considerare Copilot o Python come scorciatoie automatiche invece che strumenti da usare con verifica e competenza.</w:t>
      </w:r>
    </w:p>
    <w:p>
      <w:pPr>
        <w:pStyle w:val="BodyText"/>
        <w:ind w:firstLine="255"/>
      </w:pPr>
      <w:r>
        <w:t>Evitare questi errori non richiede competenze specialistiche. Richiede soprattutto un cambio di prospettiva: Excel non è solo il programma che apre una tabella, ma l’ambiente in cui molte decisioni vengono preparate. Più la decisione è importante, più la scelta della versione deve essere consapevole.</w:t>
      </w:r>
    </w:p>
    <w:p>
      <w:pPr>
        <w:pStyle w:val="Heading3"/>
        <w:keepNext/>
        <w:spacing w:before="200" w:after="120"/>
      </w:pPr>
      <w:r>
        <w:t>Esempio pratico</w:t>
      </w:r>
    </w:p>
    <w:p>
      <w:pPr>
        <w:pStyle w:val="Quote"/>
      </w:pPr>
      <w:r>
        <w:t>Immagina una piccola attività che usa Excel per listini, ordini e report mensili. Con Excel 2024 può lavorare in modo stabile e senza abbonamento, ma dovrà accettare che le novità successive non arrivino automaticamente. Con Excel 365 può sfruttare aggiornamenti, collaborazione e strumenti più evoluti, ma deve considerare il costo ricorrente e la gestione dell’account.</w:t>
      </w:r>
    </w:p>
    <w:p>
      <w:pPr>
        <w:pStyle w:val="BodyText"/>
        <w:ind w:firstLine="255"/>
      </w:pPr>
      <w:r>
        <w:t>L’esempio non serve a imporre una risposta unica, ma a mostrare il metodo: partire dal lavoro reale, individuare il punto debole e verificare quale versione riduce meglio quel problema. Quando si ragiona così, la scelta diventa più semplice e meno influenzata da slogan commerciali o abitudini personali.</w:t>
      </w:r>
    </w:p>
    <w:p>
      <w:pPr>
        <w:pStyle w:val="Heading2"/>
        <w:keepNext/>
        <w:spacing w:before="200" w:after="120"/>
      </w:pPr>
      <w:r>
        <w:t>Laboratorio pratico del capitolo</w:t>
      </w:r>
    </w:p>
    <w:p>
      <w:pPr>
        <w:pStyle w:val="BodyText"/>
        <w:ind w:firstLine="255"/>
      </w:pPr>
      <w:r>
        <w:t>Per trasformare la lettura in una decisione utile, esegui questo piccolo esercizio prima di proseguire. Non richiede competenze tecniche avanzate: richiede soltanto di osservare come usi davvero Excel.</w:t>
      </w:r>
    </w:p>
    <w:p>
      <w:pPr>
        <w:pStyle w:val="ListNumber"/>
      </w:pPr>
      <w:r>
        <w:t>Individua tre operazioni che ripeti manualmente. Possono essere copia e incolla, filtri, aggiornamento grafici, pulizia dati, invio del file o controllo formule.</w:t>
      </w:r>
    </w:p>
    <w:p>
      <w:pPr>
        <w:pStyle w:val="ListNumber"/>
      </w:pPr>
      <w:r>
        <w:t>Segna chi usa il file: solo tu, un collega, un cliente, un fornitore o un gruppo di lavoro. La risposta cambia il peso della collaborazione.</w:t>
      </w:r>
    </w:p>
    <w:p>
      <w:pPr>
        <w:pStyle w:val="ListNumber"/>
      </w:pPr>
      <w:r>
        <w:t>Valuta il rischio: cosa succede se il file contiene un errore? Nulla di grave, perdita di tempo, decisione sbagliata, problema economico o problema di conformità?</w:t>
      </w:r>
    </w:p>
    <w:p>
      <w:pPr>
        <w:pStyle w:val="ListNumber"/>
      </w:pPr>
      <w:r>
        <w:t>Annota se una funzione moderna, il cloud, Copilot, Python o una licenza perpetua risolverebbero un problema reale oppure sarebbero solo un’aggiunta interessante.</w:t>
      </w:r>
    </w:p>
    <w:p>
      <w:pPr>
        <w:pStyle w:val="Heading2"/>
        <w:keepNext/>
        <w:spacing w:before="200" w:after="120"/>
      </w:pPr>
      <w:r>
        <w:t>Schede applicative</w:t>
      </w:r>
    </w:p>
    <w:p>
      <w:pPr>
        <w:pStyle w:val="BodyText"/>
        <w:ind w:firstLine="255"/>
      </w:pPr>
      <w:r>
        <w:t>Le schede seguenti traducono il tema del capitolo in piccoli modelli mentali. Non sono file già pronti, ma descrizioni operative che puoi trasformare in cartelle Excel reali. L’obiettivo è capire come la scelta della versione incide su attività concrete, non su funzioni isolate.</w:t>
      </w:r>
    </w:p>
    <w:p>
      <w:pPr>
        <w:pStyle w:val="Heading3"/>
        <w:keepNext/>
        <w:spacing w:before="200" w:after="120"/>
      </w:pPr>
      <w:r>
        <w:t>Scheda 1: Bilancio familiare annuale</w:t>
      </w:r>
    </w:p>
    <w:p>
      <w:pPr>
        <w:pStyle w:val="BodyText"/>
        <w:ind w:firstLine="255"/>
      </w:pPr>
      <w:r>
        <w:t>In un modello dedicato a bilancio familiare annuale,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bilancio familiare annuale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bilancio familiare annuale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2: Listino prodotti di un piccolo negozio</w:t>
      </w:r>
    </w:p>
    <w:p>
      <w:pPr>
        <w:pStyle w:val="BodyText"/>
        <w:ind w:firstLine="255"/>
      </w:pPr>
      <w:r>
        <w:t>In un modello dedicato a listino prodotti di un piccolo negozio,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listino prodotti di un piccolo negozio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listino prodotti di un piccolo negozio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3: Registro presenze di un corso</w:t>
      </w:r>
    </w:p>
    <w:p>
      <w:pPr>
        <w:pStyle w:val="BodyText"/>
        <w:ind w:firstLine="255"/>
      </w:pPr>
      <w:r>
        <w:t>In un modello dedicato a registro presenze di un corso,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registro presenze di un corso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registro presenze di un corso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4: Report vendite mensile</w:t>
      </w:r>
    </w:p>
    <w:p>
      <w:pPr>
        <w:pStyle w:val="BodyText"/>
        <w:ind w:firstLine="255"/>
      </w:pPr>
      <w:r>
        <w:t>In un modello dedicato a report vendite mensile,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report vendite mensile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report vendite mensile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5: Archivio clienti con note e scadenze</w:t>
      </w:r>
    </w:p>
    <w:p>
      <w:pPr>
        <w:pStyle w:val="BodyText"/>
        <w:ind w:firstLine="255"/>
      </w:pPr>
      <w:r>
        <w:t>In un modello dedicato a archivio clienti con note e scadenze,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archivio clienti con note e scadenze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archivio clienti con note e scadenze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2"/>
        <w:keepNext/>
        <w:spacing w:before="200" w:after="120"/>
      </w:pPr>
      <w:r>
        <w:t>Riepilogo del capitolo</w:t>
      </w:r>
    </w:p>
    <w:p>
      <w:pPr>
        <w:pStyle w:val="ListBullet"/>
      </w:pPr>
      <w:r>
        <w:t>Obiettivo del capitolo: Aiutare il lettore a capire che la scelta non riguarda solo il prezzo, ma il modo di lavorare con dati, file, aggiornamenti e collaborazione.</w:t>
      </w:r>
    </w:p>
    <w:p>
      <w:pPr>
        <w:pStyle w:val="ListBullet"/>
      </w:pPr>
      <w:r>
        <w:t>La scelta tra Excel 365 ed Excel 2024 deve partire dal processo di lavoro, non dal solo prezzo o dalla familiarità dell’interfaccia.</w:t>
      </w:r>
    </w:p>
    <w:p>
      <w:pPr>
        <w:pStyle w:val="ListBullet"/>
      </w:pPr>
      <w:r>
        <w:t>Le funzioni moderne hanno valore quando risolvono un problema reale: dati da pulire, formule da mantenere, file da condividere o report da aggiornare.</w:t>
      </w:r>
    </w:p>
    <w:p>
      <w:pPr>
        <w:pStyle w:val="ListBullet"/>
      </w:pPr>
      <w:r>
        <w:t>La compatibilità va verificata sui file concreti, soprattutto quando si usano formule nuove, automazioni, macro o strumenti cloud.</w:t>
      </w:r>
    </w:p>
    <w:p>
      <w:pPr>
        <w:pStyle w:val="Heading2"/>
        <w:keepNext/>
        <w:spacing w:before="200" w:after="120"/>
      </w:pPr>
      <w:r>
        <w:t>Collegamento con il capitolo successivo</w:t>
      </w:r>
    </w:p>
    <w:p>
      <w:pPr>
        <w:pStyle w:val="BodyText"/>
        <w:ind w:firstLine="255"/>
      </w:pPr>
      <w:r>
        <w:t>Dopo aver chiarito il significato del confronto, il passo successivo è capire il tema più visibile: licenza, costo e modello d’uso.</w:t>
      </w:r>
    </w:p>
    <w:p>
      <w:r>
        <w:br w:type="page"/>
      </w:r>
    </w:p>
    <w:p>
      <w:pPr>
        <w:pStyle w:val="Heading1"/>
        <w:keepNext/>
        <w:spacing w:before="240" w:after="120"/>
      </w:pPr>
      <w:r>
        <w:t>Capitolo 2</w:t>
        <w:br/>
        <w:t>Licenza, costo e modello d’uso: abbonamento contro acquisto una tantum</w:t>
      </w:r>
    </w:p>
    <w:p>
      <w:pPr>
        <w:pStyle w:val="BodyText"/>
        <w:ind w:firstLine="255"/>
      </w:pPr>
      <w:r>
        <w:t>Il prezzo è spesso il primo elemento che attira l’attenzione. È comprensibile: un acquisto una tantum sembra più semplice, mentre un abbonamento può apparire come un costo che non finisce mai. Ma nel software moderno il prezzo visibile è solo una parte del costo reale.</w:t>
      </w:r>
    </w:p>
    <w:p>
      <w:pPr>
        <w:pStyle w:val="BodyText"/>
        <w:ind w:firstLine="255"/>
      </w:pPr>
      <w:r>
        <w:t>Per scegliere bene bisogna considerare durata, aggiornamenti, dispositivi, account, spazio cloud, supporto, sicurezza, collaborazione e valore del tempo risparmiato. Una licenza economica che limita il lavoro può costare più di un abbonamento; un abbonamento non sfruttato può diventare una spesa inutile.</w:t>
      </w:r>
    </w:p>
    <w:p>
      <w:pPr>
        <w:pStyle w:val="Heading2"/>
        <w:keepNext/>
        <w:spacing w:before="200" w:after="120"/>
      </w:pPr>
      <w:r>
        <w:t>Obiettivo del capitolo</w:t>
      </w:r>
    </w:p>
    <w:p>
      <w:pPr>
        <w:pStyle w:val="BodyText"/>
        <w:ind w:firstLine="255"/>
      </w:pPr>
      <w:r>
        <w:t>Spiegare le differenze economiche e operative tra Microsoft 365 ed Excel 2024, senza ridurre la decisione al solo prezzo iniziale.</w:t>
      </w:r>
    </w:p>
    <w:p>
      <w:pPr>
        <w:pStyle w:val="Heading2"/>
        <w:keepNext/>
        <w:spacing w:before="200" w:after="120"/>
      </w:pPr>
      <w:r>
        <w:t>Office 2024 come acquisto una tantum</w:t>
      </w:r>
    </w:p>
    <w:p>
      <w:pPr>
        <w:pStyle w:val="BodyText"/>
        <w:ind w:firstLine="255"/>
      </w:pPr>
      <w:r>
        <w:t>Office 2024 è pensato per chi vuole pagare una volta e usare le applicazioni incluse su un computer. È una formula chiara, vicina alla tradizione storica di Office: installi il programma, lo attivi e lo usi senza dover rinnovare ogni mese o ogni anno.</w:t>
      </w:r>
    </w:p>
    <w:p>
      <w:pPr>
        <w:pStyle w:val="BodyText"/>
        <w:ind w:firstLine="255"/>
      </w:pPr>
      <w:r>
        <w:t>La stessa semplicità porta però un limite: la versione resta legata al ciclo di vita del prodotto. Riceve aggiornamenti di sicurezza e correzioni, ma non segue il flusso continuo delle nuove funzionalità di Microsoft 365. Quando uscirà una nuova versione maggiore, il passaggio richiederà un nuovo acquisto.</w:t>
      </w:r>
    </w:p>
    <w:p>
      <w:pPr>
        <w:pStyle w:val="BodyText"/>
        <w:ind w:firstLine="255"/>
      </w:pPr>
      <w:r>
        <w:t>La conseguenza più concreta è che questo tema va letto attraverso il criterio del controllo dei file.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Microsoft 365 come servizio</w:t>
      </w:r>
    </w:p>
    <w:p>
      <w:pPr>
        <w:pStyle w:val="BodyText"/>
        <w:ind w:firstLine="255"/>
      </w:pPr>
      <w:r>
        <w:t>Excel 365 è parte di un ecosistema a sottoscrizione. Il valore non sta solo nel programma installato, ma nell’insieme: app aggiornate, accesso su più dispositivi, integrazione con cloud, collaborazione, funzioni che arrivano tramite canali di aggiornamento e, nei piani idonei, strumenti come Copilot o Python in Excel.</w:t>
      </w:r>
    </w:p>
    <w:p>
      <w:pPr>
        <w:pStyle w:val="BodyText"/>
        <w:ind w:firstLine="255"/>
      </w:pPr>
      <w:r>
        <w:t>Il modello a servizio è più dinamico. Richiede gestione dell’account e controllo dei rinnovi, ma consente a chi lavora con file evolutivi di ricevere miglioramenti senza attendere una nuova release perpetua.</w:t>
      </w:r>
    </w:p>
    <w:p>
      <w:pPr>
        <w:pStyle w:val="BodyText"/>
        <w:ind w:firstLine="255"/>
      </w:pPr>
      <w:r>
        <w:t>Il punto da non perdere è che questo tema va letto attraverso il criterio del prevedibilità degli aggiornamenti.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Costo iniziale e costo totale</w:t>
      </w:r>
    </w:p>
    <w:p>
      <w:pPr>
        <w:pStyle w:val="BodyText"/>
        <w:ind w:firstLine="255"/>
      </w:pPr>
      <w:r>
        <w:t>Il costo iniziale di Office 2024 può risultare più prevedibile: si paga una volta. Tuttavia il costo totale dipende da quanti anni si userà il prodotto, da quanti dispositivi servono, da quante persone collaborano e da quanto valore hanno le funzioni non incluse.</w:t>
      </w:r>
    </w:p>
    <w:p>
      <w:pPr>
        <w:pStyle w:val="BodyText"/>
        <w:ind w:firstLine="255"/>
      </w:pPr>
      <w:r>
        <w:t>Per un uso domestico semplice, una licenza perpetua può essere razionale. Per chi usa Excel come strumento centrale di lavoro, il costo ricorrente di Microsoft 365 può essere compensato da aggiornamenti, flussi cloud, funzioni di analisi, sicurezza e minori attriti operativi.</w:t>
      </w:r>
    </w:p>
    <w:p>
      <w:pPr>
        <w:pStyle w:val="BodyText"/>
        <w:ind w:firstLine="255"/>
      </w:pPr>
      <w:r>
        <w:t>Nella scelta finale, questo tema va letto attraverso il criterio del sicurezza dei dati.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Il costo nascosto del file fermo nel tempo</w:t>
      </w:r>
    </w:p>
    <w:p>
      <w:pPr>
        <w:pStyle w:val="BodyText"/>
        <w:ind w:firstLine="255"/>
      </w:pPr>
      <w:r>
        <w:t>Quando un file nasce in una versione più ricca di funzioni e viene aperto in un ambiente meno aggiornato, possono comparire incompatibilità, formule non riconosciute, avvisi o comportamenti differenti. Non sempre il problema è drammatico, ma in un processo aziendale anche una piccola incertezza può diventare perdita di tempo.</w:t>
      </w:r>
    </w:p>
    <w:p>
      <w:pPr>
        <w:pStyle w:val="BodyText"/>
        <w:ind w:firstLine="255"/>
      </w:pPr>
      <w:r>
        <w:t>Il costo nascosto non è solo il prezzo della licenza: è il tempo perso a capire perché una formula non si aggiorna, perché una dashboard non funziona o perché un collega vede un risultato diverso.</w:t>
      </w:r>
    </w:p>
    <w:p>
      <w:pPr>
        <w:pStyle w:val="BodyText"/>
        <w:ind w:firstLine="255"/>
      </w:pPr>
      <w:r>
        <w:t>In pratica, questo tema va letto attraverso il criterio del compatibilità con gli altri.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Quando il costo ricorrente è giustificato</w:t>
      </w:r>
    </w:p>
    <w:p>
      <w:pPr>
        <w:pStyle w:val="BodyText"/>
        <w:ind w:firstLine="255"/>
      </w:pPr>
      <w:r>
        <w:t>Un abbonamento ha senso quando Excel produce valore continuativo: report, preventivi, analisi, pianificazione, controllo di gestione, dashboard, pulizia dati, collaborazione su documenti condivisi. In questi casi il software non è una spesa accessoria, ma una parte del processo di lavoro.</w:t>
      </w:r>
    </w:p>
    <w:p>
      <w:pPr>
        <w:pStyle w:val="BodyText"/>
        <w:ind w:firstLine="255"/>
      </w:pPr>
      <w:r>
        <w:t>Se invece Excel viene usato poche volte al mese per operazioni basilari, l’acquisto una tantum può essere più coerente. La scelta migliore è quella che riduce sprechi, non quella che sembra più moderna o più tradizionale.</w:t>
      </w:r>
    </w:p>
    <w:p>
      <w:pPr>
        <w:pStyle w:val="BodyText"/>
        <w:ind w:firstLine="255"/>
      </w:pPr>
      <w:r>
        <w:t>Nel lavoro quotidiano, questo tema va letto attraverso il criterio del valore nel medio periodo.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Approfondimento editoriale</w:t>
      </w:r>
    </w:p>
    <w:p>
      <w:pPr>
        <w:pStyle w:val="Heading3"/>
        <w:keepNext/>
        <w:spacing w:before="200" w:after="120"/>
      </w:pPr>
      <w:r>
        <w:t>La licenza come scelta organizzativa</w:t>
      </w:r>
    </w:p>
    <w:p>
      <w:pPr>
        <w:pStyle w:val="BodyText"/>
        <w:ind w:firstLine="255"/>
      </w:pPr>
      <w:r>
        <w:t>La licenza non determina solo quanto paghi. Determina anche come gestisci installazioni, dispositivi, account, rinnovi e futuro aggiornamento. In una piccola azienda, per esempio, una licenza apparentemente conveniente può diventare complicata se più persone devono lavorare su dispositivi diversi o se i file devono essere condivisi in modo controllato.</w:t>
      </w:r>
    </w:p>
    <w:p>
      <w:pPr>
        <w:pStyle w:val="BodyText"/>
        <w:ind w:firstLine="255"/>
      </w:pPr>
      <w:r>
        <w:t>Al contrario, un abbonamento può risultare eccessivo se l’uso è locale, sporadico e stabile. La maturità della scelta consiste nel non confondere il modello commerciale con il valore operativo.</w:t>
      </w:r>
    </w:p>
    <w:p>
      <w:pPr>
        <w:pStyle w:val="Heading3"/>
        <w:keepNext/>
        <w:spacing w:before="200" w:after="120"/>
      </w:pPr>
      <w:r>
        <w:t>Ragionare su tre anni</w:t>
      </w:r>
    </w:p>
    <w:p>
      <w:pPr>
        <w:pStyle w:val="BodyText"/>
        <w:ind w:firstLine="255"/>
      </w:pPr>
      <w:r>
        <w:t>Un buon esercizio è stimare il costo e il valore su un periodo di tre anni. In questo intervallo possono cambiare computer, collaboratori, sistemi operativi, clienti, formati di file e necessità di lavoro da remoto. Una decisione ottimizzata solo sul mese corrente può diventare meno conveniente quando il contesto cambia.</w:t>
      </w:r>
    </w:p>
    <w:p>
      <w:pPr>
        <w:pStyle w:val="BodyText"/>
        <w:ind w:firstLine="255"/>
      </w:pPr>
      <w:r>
        <w:t>Excel 2024 tende a essere più facile da comprendere nel costo iniziale. Microsoft 365 richiede invece una valutazione ricorrente: sto usando davvero ciò per cui pago? Se la risposta è sì, il costo non è solo spesa: è accesso a un ambiente di lavoro aggiornato.</w:t>
      </w:r>
    </w:p>
    <w:p>
      <w:pPr>
        <w:pStyle w:val="Heading3"/>
        <w:keepNext/>
        <w:spacing w:before="200" w:after="120"/>
      </w:pPr>
      <w:r>
        <w:t>Il valore del supporto</w:t>
      </w:r>
    </w:p>
    <w:p>
      <w:pPr>
        <w:pStyle w:val="BodyText"/>
        <w:ind w:firstLine="255"/>
      </w:pPr>
      <w:r>
        <w:t>Il supporto e il ciclo di vita non sono dettagli per tecnici. Indicano per quanto tempo una soluzione resta ragionevolmente sostenibile. Una versione con supporto in scadenza può continuare ad aprirsi, ma diventare meno consigliabile in ambienti dove sicurezza e compatibilità contano.</w:t>
      </w:r>
    </w:p>
    <w:p>
      <w:pPr>
        <w:pStyle w:val="BodyText"/>
        <w:ind w:firstLine="255"/>
      </w:pPr>
      <w:r>
        <w:t>Quando acquisti una versione perpetua, stai comprando anche un orizzonte temporale. Quando scegli l’abbonamento, stai scegliendo un rapporto continuativo con aggiornamenti e servizi. Sono due promesse diverse e vanno comprese prima dell’acquisto.</w:t>
      </w:r>
    </w:p>
    <w:p>
      <w:pPr>
        <w:pStyle w:val="Heading2"/>
        <w:keepNext/>
        <w:spacing w:before="200" w:after="120"/>
      </w:pPr>
      <w:r>
        <w:t>Errori ricorrenti da evitare</w:t>
      </w:r>
    </w:p>
    <w:p>
      <w:pPr>
        <w:pStyle w:val="ListBullet"/>
      </w:pPr>
      <w:r>
        <w:t>Valutare solo il prezzo iniziale e ignorare tempo perso, collaborazione, aggiornamenti e compatibilità.</w:t>
      </w:r>
    </w:p>
    <w:p>
      <w:pPr>
        <w:pStyle w:val="ListBullet"/>
      </w:pPr>
      <w:r>
        <w:t>Creare file con funzioni moderne senza indicare la versione minima necessaria per aprirli correttamente.</w:t>
      </w:r>
    </w:p>
    <w:p>
      <w:pPr>
        <w:pStyle w:val="ListBullet"/>
      </w:pPr>
      <w:r>
        <w:t>Confondere cloud con disordine: salvare online non basta se permessi, nomi file e responsabilità non sono chiari.</w:t>
      </w:r>
    </w:p>
    <w:p>
      <w:pPr>
        <w:pStyle w:val="ListBullet"/>
      </w:pPr>
      <w:r>
        <w:t>Considerare Copilot o Python come scorciatoie automatiche invece che strumenti da usare con verifica e competenza.</w:t>
      </w:r>
    </w:p>
    <w:p>
      <w:pPr>
        <w:pStyle w:val="ListBullet"/>
      </w:pPr>
      <w:r>
        <w:t>Scegliere la versione solo perché è quella già conosciuta, senza verificare se i processi sono cambiati.</w:t>
      </w:r>
    </w:p>
    <w:p>
      <w:pPr>
        <w:pStyle w:val="BodyText"/>
        <w:ind w:firstLine="255"/>
      </w:pPr>
      <w:r>
        <w:t>Evitare questi errori non richiede competenze specialistiche. Richiede soprattutto un cambio di prospettiva: Excel non è solo il programma che apre una tabella, ma l’ambiente in cui molte decisioni vengono preparate. Più la decisione è importante, più la scelta della versione deve essere consapevole.</w:t>
      </w:r>
    </w:p>
    <w:p>
      <w:pPr>
        <w:pStyle w:val="Heading3"/>
        <w:keepNext/>
        <w:spacing w:before="200" w:after="120"/>
      </w:pPr>
      <w:r>
        <w:t>Esempio pratico</w:t>
      </w:r>
    </w:p>
    <w:p>
      <w:pPr>
        <w:pStyle w:val="Quote"/>
      </w:pPr>
      <w:r>
        <w:t>Un consulente che prepara report per clienti diversi potrebbe trarre valore da Microsoft 365 perché lavora su più file, condivide documenti e beneficia delle nuove funzioni. Una famiglia che usa Excel per bilancio domestico, turni e piccole liste potrebbe trovare sufficiente Excel 2024, evitando un costo ricorrente.</w:t>
      </w:r>
    </w:p>
    <w:p>
      <w:pPr>
        <w:pStyle w:val="BodyText"/>
        <w:ind w:firstLine="255"/>
      </w:pPr>
      <w:r>
        <w:t>L’esempio non serve a imporre una risposta unica, ma a mostrare il metodo: partire dal lavoro reale, individuare il punto debole e verificare quale versione riduce meglio quel problema. Quando si ragiona così, la scelta diventa più semplice e meno influenzata da slogan commerciali o abitudini personali.</w:t>
      </w:r>
    </w:p>
    <w:p>
      <w:pPr>
        <w:pStyle w:val="Heading2"/>
        <w:keepNext/>
        <w:spacing w:before="200" w:after="120"/>
      </w:pPr>
      <w:r>
        <w:t>Laboratorio pratico del capitolo</w:t>
      </w:r>
    </w:p>
    <w:p>
      <w:pPr>
        <w:pStyle w:val="BodyText"/>
        <w:ind w:firstLine="255"/>
      </w:pPr>
      <w:r>
        <w:t>Per trasformare la lettura in una decisione utile, esegui questo piccolo esercizio prima di proseguire. Non richiede competenze tecniche avanzate: richiede soltanto di osservare come usi davvero Excel.</w:t>
      </w:r>
    </w:p>
    <w:p>
      <w:pPr>
        <w:pStyle w:val="ListNumber"/>
      </w:pPr>
      <w:r>
        <w:t>Segna chi usa il file: solo tu, un collega, un cliente, un fornitore o un gruppo di lavoro. La risposta cambia il peso della collaborazione.</w:t>
      </w:r>
    </w:p>
    <w:p>
      <w:pPr>
        <w:pStyle w:val="ListNumber"/>
      </w:pPr>
      <w:r>
        <w:t>Valuta il rischio: cosa succede se il file contiene un errore? Nulla di grave, perdita di tempo, decisione sbagliata, problema economico o problema di conformità?</w:t>
      </w:r>
    </w:p>
    <w:p>
      <w:pPr>
        <w:pStyle w:val="ListNumber"/>
      </w:pPr>
      <w:r>
        <w:t>Annota se una funzione moderna, il cloud, Copilot, Python o una licenza perpetua risolverebbero un problema reale oppure sarebbero solo un’aggiunta interessante.</w:t>
      </w:r>
    </w:p>
    <w:p>
      <w:pPr>
        <w:pStyle w:val="ListNumber"/>
      </w:pPr>
      <w:r>
        <w:t>Scegli un file Excel che usi spesso e scrivi in una frase a cosa serve. Se non riesci a descriverlo con chiarezza, probabilmente il file contiene più processi mescolati.</w:t>
      </w:r>
    </w:p>
    <w:p>
      <w:pPr>
        <w:pStyle w:val="Heading2"/>
        <w:keepNext/>
        <w:spacing w:before="200" w:after="120"/>
      </w:pPr>
      <w:r>
        <w:t>Schede applicative</w:t>
      </w:r>
    </w:p>
    <w:p>
      <w:pPr>
        <w:pStyle w:val="BodyText"/>
        <w:ind w:firstLine="255"/>
      </w:pPr>
      <w:r>
        <w:t>Le schede seguenti traducono il tema del capitolo in piccoli modelli mentali. Non sono file già pronti, ma descrizioni operative che puoi trasformare in cartelle Excel reali. L’obiettivo è capire come la scelta della versione incide su attività concrete, non su funzioni isolate.</w:t>
      </w:r>
    </w:p>
    <w:p>
      <w:pPr>
        <w:pStyle w:val="Heading3"/>
        <w:keepNext/>
        <w:spacing w:before="200" w:after="120"/>
      </w:pPr>
      <w:r>
        <w:t>Scheda 1: Confronto costi licenze su cinque anni</w:t>
      </w:r>
    </w:p>
    <w:p>
      <w:pPr>
        <w:pStyle w:val="BodyText"/>
        <w:ind w:firstLine="255"/>
      </w:pPr>
      <w:r>
        <w:t>In un modello dedicato a confronto costi licenze su cinque anni,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confronto costi licenze su cinque anni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confronto costi licenze su cinque anni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2: Inventario dispositivi e installazioni</w:t>
      </w:r>
    </w:p>
    <w:p>
      <w:pPr>
        <w:pStyle w:val="BodyText"/>
        <w:ind w:firstLine="255"/>
      </w:pPr>
      <w:r>
        <w:t>In un modello dedicato a inventario dispositivi e installazioni,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inventario dispositivi e installazioni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inventario dispositivi e installazioni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3: Scheda decisionale per rinnovi</w:t>
      </w:r>
    </w:p>
    <w:p>
      <w:pPr>
        <w:pStyle w:val="BodyText"/>
        <w:ind w:firstLine="255"/>
      </w:pPr>
      <w:r>
        <w:t>In un modello dedicato a scheda decisionale per rinnovi,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scheda decisionale per rinnovi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scheda decisionale per rinnovi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4: Registro piani microsoft attivi</w:t>
      </w:r>
    </w:p>
    <w:p>
      <w:pPr>
        <w:pStyle w:val="BodyText"/>
        <w:ind w:firstLine="255"/>
      </w:pPr>
      <w:r>
        <w:t>In un modello dedicato a registro piani Microsoft attivi,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registro piani Microsoft attivi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registro piani Microsoft attivi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5: Piano di ammortamento interno della spesa software</w:t>
      </w:r>
    </w:p>
    <w:p>
      <w:pPr>
        <w:pStyle w:val="BodyText"/>
        <w:ind w:firstLine="255"/>
      </w:pPr>
      <w:r>
        <w:t>In un modello dedicato a piano di ammortamento interno della spesa software,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piano di ammortamento interno della spesa software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piano di ammortamento interno della spesa software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2"/>
        <w:keepNext/>
        <w:spacing w:before="200" w:after="120"/>
      </w:pPr>
      <w:r>
        <w:t>Riepilogo del capitolo</w:t>
      </w:r>
    </w:p>
    <w:p>
      <w:pPr>
        <w:pStyle w:val="ListBullet"/>
      </w:pPr>
      <w:r>
        <w:t>Obiettivo del capitolo: Spiegare le differenze economiche e operative tra Microsoft 365 ed Excel 2024, senza ridurre la decisione al solo prezzo iniziale.</w:t>
      </w:r>
    </w:p>
    <w:p>
      <w:pPr>
        <w:pStyle w:val="ListBullet"/>
      </w:pPr>
      <w:r>
        <w:t>La scelta tra Excel 365 ed Excel 2024 deve partire dal processo di lavoro, non dal solo prezzo o dalla familiarità dell’interfaccia.</w:t>
      </w:r>
    </w:p>
    <w:p>
      <w:pPr>
        <w:pStyle w:val="ListBullet"/>
      </w:pPr>
      <w:r>
        <w:t>Le funzioni moderne hanno valore quando risolvono un problema reale: dati da pulire, formule da mantenere, file da condividere o report da aggiornare.</w:t>
      </w:r>
    </w:p>
    <w:p>
      <w:pPr>
        <w:pStyle w:val="ListBullet"/>
      </w:pPr>
      <w:r>
        <w:t>La compatibilità va verificata sui file concreti, soprattutto quando si usano formule nuove, automazioni, macro o strumenti cloud.</w:t>
      </w:r>
    </w:p>
    <w:p>
      <w:pPr>
        <w:pStyle w:val="Heading2"/>
        <w:keepNext/>
        <w:spacing w:before="200" w:after="120"/>
      </w:pPr>
      <w:r>
        <w:t>Collegamento con il capitolo successivo</w:t>
      </w:r>
    </w:p>
    <w:p>
      <w:pPr>
        <w:pStyle w:val="BodyText"/>
        <w:ind w:firstLine="255"/>
      </w:pPr>
      <w:r>
        <w:t>Capito il modello di licenza, il confronto deve passare alle funzionalità: cosa offre davvero Excel 2024 e cosa continua a evolvere in Excel 365.</w:t>
      </w:r>
    </w:p>
    <w:p>
      <w:r>
        <w:br w:type="page"/>
      </w:r>
    </w:p>
    <w:p>
      <w:pPr>
        <w:pStyle w:val="Heading1"/>
        <w:keepNext/>
        <w:spacing w:before="240" w:after="120"/>
      </w:pPr>
      <w:r>
        <w:t>Capitolo 3</w:t>
        <w:br/>
        <w:t>Funzionalità a confronto: cosa cambia davvero nell’uso quotidiano</w:t>
      </w:r>
    </w:p>
    <w:p>
      <w:pPr>
        <w:pStyle w:val="BodyText"/>
        <w:ind w:firstLine="255"/>
      </w:pPr>
      <w:r>
        <w:t>La differenza tra Excel 365 ed Excel 2024 non si vede sempre al primo avvio. L’interfaccia è familiare, i file hanno lo stesso formato principale, le celle funzionano nello stesso modo e molte attività base sono identiche. La distanza emerge quando il lavoro diventa più dinamico: dati che cambiano, formule moderne, file condivisi, automazioni e integrazioni.</w:t>
      </w:r>
    </w:p>
    <w:p>
      <w:pPr>
        <w:pStyle w:val="BodyText"/>
        <w:ind w:firstLine="255"/>
      </w:pPr>
      <w:r>
        <w:t>Excel 2024 ha ricevuto importanti novità rispetto alle versioni perpetue precedenti. Non è una versione povera. Ma Microsoft 365 resta il canale in cui le innovazioni arrivano prima e continuano ad arrivare. Questa distinzione è il centro del capitolo.</w:t>
      </w:r>
    </w:p>
    <w:p>
      <w:pPr>
        <w:pStyle w:val="Heading2"/>
        <w:keepNext/>
        <w:spacing w:before="200" w:after="120"/>
      </w:pPr>
      <w:r>
        <w:t>Obiettivo del capitolo</w:t>
      </w:r>
    </w:p>
    <w:p>
      <w:pPr>
        <w:pStyle w:val="BodyText"/>
        <w:ind w:firstLine="255"/>
      </w:pPr>
      <w:r>
        <w:t>Mostrare le differenze concrete tra le funzioni disponibili in Excel 2024 e quelle che evolvono in Excel 365.</w:t>
      </w:r>
    </w:p>
    <w:p>
      <w:pPr>
        <w:pStyle w:val="Heading2"/>
        <w:keepNext/>
        <w:spacing w:before="200" w:after="120"/>
      </w:pPr>
      <w:r>
        <w:t>Le novità principali di Excel 2024</w:t>
      </w:r>
    </w:p>
    <w:p>
      <w:pPr>
        <w:pStyle w:val="BodyText"/>
        <w:ind w:firstLine="255"/>
      </w:pPr>
      <w:r>
        <w:t>Excel 2024 include funzioni importanti: grafici dinamici collegati alle matrici dinamiche, accessibilità migliorata, nuove funzioni di testo e array, blocco predefinito degli add-in XLL provenienti da Internet, funzione IMAGE, funzione LAMBDA, miglioramenti prestazionali e supporto aggiornato per ODF 1.4.</w:t>
      </w:r>
    </w:p>
    <w:p>
      <w:pPr>
        <w:pStyle w:val="BodyText"/>
        <w:ind w:firstLine="255"/>
      </w:pPr>
      <w:r>
        <w:t>Per chi arriva da Excel 2019 o 2021, il salto può essere evidente. Le matrici dinamiche diventano più naturali, alcune operazioni testuali richiedono meno passaggi, le cartelle complesse risultano più fluide e la creazione di funzioni personalizzate con LAMBDA apre scenari che prima richiedevano formule ripetitive o VBA.</w:t>
      </w:r>
    </w:p>
    <w:p>
      <w:pPr>
        <w:pStyle w:val="BodyText"/>
        <w:ind w:firstLine="255"/>
      </w:pPr>
      <w:r>
        <w:t>Nella scelta finale, questo tema va letto attraverso il criterio del prevedibilità degli aggiornamenti.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La logica di Excel 365</w:t>
      </w:r>
    </w:p>
    <w:p>
      <w:pPr>
        <w:pStyle w:val="BodyText"/>
        <w:ind w:firstLine="255"/>
      </w:pPr>
      <w:r>
        <w:t>Excel 365 non è una fotografia: è un flusso. Riceve novità tramite canali di aggiornamento e può introdurre funzioni, miglioramenti e integrazioni senza aspettare una nuova versione perpetua. Questa è la differenza più profonda.</w:t>
      </w:r>
    </w:p>
    <w:p>
      <w:pPr>
        <w:pStyle w:val="BodyText"/>
        <w:ind w:firstLine="255"/>
      </w:pPr>
      <w:r>
        <w:t>Per alcuni utenti il flusso è un vantaggio enorme. Per altri può essere un fattore da governare, soprattutto in aziende con file critici, macro, modelli approvati e procedure che non devono cambiare senza test.</w:t>
      </w:r>
    </w:p>
    <w:p>
      <w:pPr>
        <w:pStyle w:val="BodyText"/>
        <w:ind w:firstLine="255"/>
      </w:pPr>
      <w:r>
        <w:t>In pratica, questo tema va letto attraverso il criterio del sicurezza dei dati.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Funzioni comuni e percezione di uguaglianza</w:t>
      </w:r>
    </w:p>
    <w:p>
      <w:pPr>
        <w:pStyle w:val="BodyText"/>
        <w:ind w:firstLine="255"/>
      </w:pPr>
      <w:r>
        <w:t>Molte funzioni di base sono comuni: formattazione, formule tradizionali, grafici classici, tabelle pivot, protezione fogli, stampa, filtri, convalida dati. Per questo un utente occasionale può non percepire subito una differenza sostanziale.</w:t>
      </w:r>
    </w:p>
    <w:p>
      <w:pPr>
        <w:pStyle w:val="BodyText"/>
        <w:ind w:firstLine="255"/>
      </w:pPr>
      <w:r>
        <w:t>La percezione cambia quando il lavoro richiede formule moderne, collaborazione, recupero dati, automazione o strumenti intelligenti. In quei contesti Excel 365 tende a offrire più spazio di crescita.</w:t>
      </w:r>
    </w:p>
    <w:p>
      <w:pPr>
        <w:pStyle w:val="BodyText"/>
        <w:ind w:firstLine="255"/>
      </w:pPr>
      <w:r>
        <w:t>Nel lavoro quotidiano, questo tema va letto attraverso il criterio del compatibilità con gli altri.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Compatibilità dei file</w:t>
      </w:r>
    </w:p>
    <w:p>
      <w:pPr>
        <w:pStyle w:val="BodyText"/>
        <w:ind w:firstLine="255"/>
      </w:pPr>
      <w:r>
        <w:t>Il formato .xlsx permette a molte cartelle di passare da una versione all’altra. Tuttavia compatibilità non significa piena equivalenza funzionale. Se un file contiene funzioni non supportate dalla versione installata, l’apertura può generare errori o risultati non modificabili correttamente.</w:t>
      </w:r>
    </w:p>
    <w:p>
      <w:pPr>
        <w:pStyle w:val="BodyText"/>
        <w:ind w:firstLine="255"/>
      </w:pPr>
      <w:r>
        <w:t>La compatibilità va valutata prima di distribuire file a clienti, colleghi o fornitori. Una formula perfetta sul proprio computer può diventare un problema se il destinatario usa una versione diversa.</w:t>
      </w:r>
    </w:p>
    <w:p>
      <w:pPr>
        <w:pStyle w:val="BodyText"/>
        <w:ind w:firstLine="255"/>
      </w:pPr>
      <w:r>
        <w:t>Dal punto di vista operativo, questo tema va letto attraverso il criterio del valore nel medio periodo.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Il criterio della funzione critica</w:t>
      </w:r>
    </w:p>
    <w:p>
      <w:pPr>
        <w:pStyle w:val="BodyText"/>
        <w:ind w:firstLine="255"/>
      </w:pPr>
      <w:r>
        <w:t>Non serve confrontare cento funzioni se poi il lavoro reale ne usa tre. Il criterio migliore è individuare la funzione critica: quella senza cui il processo rallenta, perde qualità o diventa rischioso.</w:t>
      </w:r>
    </w:p>
    <w:p>
      <w:pPr>
        <w:pStyle w:val="BodyText"/>
        <w:ind w:firstLine="255"/>
      </w:pPr>
      <w:r>
        <w:t>Per un utente contabile la funzione critica può essere la stabilità del modello. Per un analista può essere Python in Excel. Per un team commerciale può essere la collaborazione in tempo reale. Per un formatore può essere la disponibilità uniforme sugli account degli studenti.</w:t>
      </w:r>
    </w:p>
    <w:p>
      <w:pPr>
        <w:pStyle w:val="BodyText"/>
        <w:ind w:firstLine="255"/>
      </w:pPr>
      <w:r>
        <w:t>Per un utente non tecnico, questo tema va letto attraverso il criterio del tempo risparmiato.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Approfondimento editoriale</w:t>
      </w:r>
    </w:p>
    <w:p>
      <w:pPr>
        <w:pStyle w:val="Heading3"/>
        <w:keepNext/>
        <w:spacing w:before="200" w:after="120"/>
      </w:pPr>
      <w:r>
        <w:t>Dalla scheda tecnica al lavoro reale</w:t>
      </w:r>
    </w:p>
    <w:p>
      <w:pPr>
        <w:pStyle w:val="BodyText"/>
        <w:ind w:firstLine="255"/>
      </w:pPr>
      <w:r>
        <w:t>Una lista di funzionalità può sembrare oggettiva, ma non dice quanto quelle funzionalità incideranno sulla giornata dell’utente. Una nuova funzione di testo può essere rivoluzionaria per chi pulisce codici prodotto e irrilevante per chi fa solo somme. Un miglioramento di accessibilità può essere decisivo per un ente pubblico e passare inosservato in un uso domestico.</w:t>
      </w:r>
    </w:p>
    <w:p>
      <w:pPr>
        <w:pStyle w:val="BodyText"/>
        <w:ind w:firstLine="255"/>
      </w:pPr>
      <w:r>
        <w:t>Il confronto utile è quindi selettivo. Bisogna isolare le funzioni che hanno impatto reale sul proprio lavoro e ignorare il resto, almeno nella prima fase di decisione.</w:t>
      </w:r>
    </w:p>
    <w:p>
      <w:pPr>
        <w:pStyle w:val="Heading3"/>
        <w:keepNext/>
        <w:spacing w:before="200" w:after="120"/>
      </w:pPr>
      <w:r>
        <w:t>La differenza tra avere e usare</w:t>
      </w:r>
    </w:p>
    <w:p>
      <w:pPr>
        <w:pStyle w:val="BodyText"/>
        <w:ind w:firstLine="255"/>
      </w:pPr>
      <w:r>
        <w:t>Possedere una funzione non significa saperla usare. Microsoft 365 può offrire strumenti evoluti, ma se nessuno li conosce restano potenziale inutilizzato. Excel 2024 può avere meno novità continue, ma se viene usato con metodo può produrre risultati eccellenti.</w:t>
      </w:r>
    </w:p>
    <w:p>
      <w:pPr>
        <w:pStyle w:val="BodyText"/>
        <w:ind w:firstLine="255"/>
      </w:pPr>
      <w:r>
        <w:t>La formazione è il moltiplicatore nascosto. In molti casi, imparare Power Query o le matrici dinamiche produce più valore del passaggio di versione in sé. La versione apre la porta; la competenza decide se attraversarla.</w:t>
      </w:r>
    </w:p>
    <w:p>
      <w:pPr>
        <w:pStyle w:val="Heading3"/>
        <w:keepNext/>
        <w:spacing w:before="200" w:after="120"/>
      </w:pPr>
      <w:r>
        <w:t>Compatibilità come responsabilità</w:t>
      </w:r>
    </w:p>
    <w:p>
      <w:pPr>
        <w:pStyle w:val="BodyText"/>
        <w:ind w:firstLine="255"/>
      </w:pPr>
      <w:r>
        <w:t>Chi crea file per altri deve progettare con responsabilità. Non basta che il file funzioni sul proprio computer. Deve funzionare nel contesto di chi lo riceve, o almeno indicare chiaramente le versioni richieste.</w:t>
      </w:r>
    </w:p>
    <w:p>
      <w:pPr>
        <w:pStyle w:val="BodyText"/>
        <w:ind w:firstLine="255"/>
      </w:pPr>
      <w:r>
        <w:t>Questo è particolarmente importante per consulenti, formatori e aziende che distribuiscono modelli. Un file moderno può essere ottimo, ma se viene inviato a utenti con installazioni diverse può generare confusione e richieste di assistenza.</w:t>
      </w:r>
    </w:p>
    <w:p>
      <w:pPr>
        <w:pStyle w:val="Heading2"/>
        <w:keepNext/>
        <w:spacing w:before="200" w:after="120"/>
      </w:pPr>
      <w:r>
        <w:t>Errori ricorrenti da evitare</w:t>
      </w:r>
    </w:p>
    <w:p>
      <w:pPr>
        <w:pStyle w:val="ListBullet"/>
      </w:pPr>
      <w:r>
        <w:t>Scegliere la versione solo perché è quella già conosciuta, senza verificare se i processi sono cambiati.</w:t>
      </w:r>
    </w:p>
    <w:p>
      <w:pPr>
        <w:pStyle w:val="ListBullet"/>
      </w:pPr>
      <w:r>
        <w:t>Valutare solo il prezzo iniziale e ignorare tempo perso, collaborazione, aggiornamenti e compatibilità.</w:t>
      </w:r>
    </w:p>
    <w:p>
      <w:pPr>
        <w:pStyle w:val="ListBullet"/>
      </w:pPr>
      <w:r>
        <w:t>Creare file con funzioni moderne senza indicare la versione minima necessaria per aprirli correttamente.</w:t>
      </w:r>
    </w:p>
    <w:p>
      <w:pPr>
        <w:pStyle w:val="ListBullet"/>
      </w:pPr>
      <w:r>
        <w:t>Confondere cloud con disordine: salvare online non basta se permessi, nomi file e responsabilità non sono chiari.</w:t>
      </w:r>
    </w:p>
    <w:p>
      <w:pPr>
        <w:pStyle w:val="ListBullet"/>
      </w:pPr>
      <w:r>
        <w:t>Considerare Copilot o Python come scorciatoie automatiche invece che strumenti da usare con verifica e competenza.</w:t>
      </w:r>
    </w:p>
    <w:p>
      <w:pPr>
        <w:pStyle w:val="BodyText"/>
        <w:ind w:firstLine="255"/>
      </w:pPr>
      <w:r>
        <w:t>Evitare questi errori non richiede competenze specialistiche. Richiede soprattutto un cambio di prospettiva: Excel non è solo il programma che apre una tabella, ma l’ambiente in cui molte decisioni vengono preparate. Più la decisione è importante, più la scelta della versione deve essere consapevole.</w:t>
      </w:r>
    </w:p>
    <w:p>
      <w:pPr>
        <w:pStyle w:val="Heading3"/>
        <w:keepNext/>
        <w:spacing w:before="200" w:after="120"/>
      </w:pPr>
      <w:r>
        <w:t>Esempio pratico</w:t>
      </w:r>
    </w:p>
    <w:p>
      <w:pPr>
        <w:pStyle w:val="Quote"/>
      </w:pPr>
      <w:r>
        <w:t>Un file di listino può funzionare bene in Excel 2024 se usa tabelle, filtri e formule classiche. Lo stesso file, se deve estrarre dati da testi irregolari, generare riepiloghi dinamici, collegarsi a cartelle condivise e produrre dashboard aggiornate, può beneficiare di Excel 365 e del suo ciclo evolutivo.</w:t>
      </w:r>
    </w:p>
    <w:p>
      <w:pPr>
        <w:pStyle w:val="BodyText"/>
        <w:ind w:firstLine="255"/>
      </w:pPr>
      <w:r>
        <w:t>L’esempio non serve a imporre una risposta unica, ma a mostrare il metodo: partire dal lavoro reale, individuare il punto debole e verificare quale versione riduce meglio quel problema. Quando si ragiona così, la scelta diventa più semplice e meno influenzata da slogan commerciali o abitudini personali.</w:t>
      </w:r>
    </w:p>
    <w:p>
      <w:pPr>
        <w:pStyle w:val="Heading2"/>
        <w:keepNext/>
        <w:spacing w:before="200" w:after="120"/>
      </w:pPr>
      <w:r>
        <w:t>Laboratorio pratico del capitolo</w:t>
      </w:r>
    </w:p>
    <w:p>
      <w:pPr>
        <w:pStyle w:val="BodyText"/>
        <w:ind w:firstLine="255"/>
      </w:pPr>
      <w:r>
        <w:t>Per trasformare la lettura in una decisione utile, esegui questo piccolo esercizio prima di proseguire. Non richiede competenze tecniche avanzate: richiede soltanto di osservare come usi davvero Excel.</w:t>
      </w:r>
    </w:p>
    <w:p>
      <w:pPr>
        <w:pStyle w:val="ListNumber"/>
      </w:pPr>
      <w:r>
        <w:t>Valuta il rischio: cosa succede se il file contiene un errore? Nulla di grave, perdita di tempo, decisione sbagliata, problema economico o problema di conformità?</w:t>
      </w:r>
    </w:p>
    <w:p>
      <w:pPr>
        <w:pStyle w:val="ListNumber"/>
      </w:pPr>
      <w:r>
        <w:t>Annota se una funzione moderna, il cloud, Copilot, Python o una licenza perpetua risolverebbero un problema reale oppure sarebbero solo un’aggiunta interessante.</w:t>
      </w:r>
    </w:p>
    <w:p>
      <w:pPr>
        <w:pStyle w:val="ListNumber"/>
      </w:pPr>
      <w:r>
        <w:t>Scegli un file Excel che usi spesso e scrivi in una frase a cosa serve. Se non riesci a descriverlo con chiarezza, probabilmente il file contiene più processi mescolati.</w:t>
      </w:r>
    </w:p>
    <w:p>
      <w:pPr>
        <w:pStyle w:val="ListNumber"/>
      </w:pPr>
      <w:r>
        <w:t>Individua tre operazioni che ripeti manualmente. Possono essere copia e incolla, filtri, aggiornamento grafici, pulizia dati, invio del file o controllo formule.</w:t>
      </w:r>
    </w:p>
    <w:p>
      <w:pPr>
        <w:pStyle w:val="Heading2"/>
        <w:keepNext/>
        <w:spacing w:before="200" w:after="120"/>
      </w:pPr>
      <w:r>
        <w:t>Schede applicative</w:t>
      </w:r>
    </w:p>
    <w:p>
      <w:pPr>
        <w:pStyle w:val="BodyText"/>
        <w:ind w:firstLine="255"/>
      </w:pPr>
      <w:r>
        <w:t>Le schede seguenti traducono il tema del capitolo in piccoli modelli mentali. Non sono file già pronti, ma descrizioni operative che puoi trasformare in cartelle Excel reali. L’obiettivo è capire come la scelta della versione incide su attività concrete, non su funzioni isolate.</w:t>
      </w:r>
    </w:p>
    <w:p>
      <w:pPr>
        <w:pStyle w:val="Heading3"/>
        <w:keepNext/>
        <w:spacing w:before="200" w:after="120"/>
      </w:pPr>
      <w:r>
        <w:t>Scheda 1: Scheda funzioni usate nei file aziendali</w:t>
      </w:r>
    </w:p>
    <w:p>
      <w:pPr>
        <w:pStyle w:val="BodyText"/>
        <w:ind w:firstLine="255"/>
      </w:pPr>
      <w:r>
        <w:t>In un modello dedicato a scheda funzioni usate nei file aziendali,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scheda funzioni usate nei file aziendali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scheda funzioni usate nei file aziendali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2: Test di compatibilità formule</w:t>
      </w:r>
    </w:p>
    <w:p>
      <w:pPr>
        <w:pStyle w:val="BodyText"/>
        <w:ind w:firstLine="255"/>
      </w:pPr>
      <w:r>
        <w:t>In un modello dedicato a test di compatibilità formule,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test di compatibilità formule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test di compatibilità formule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3: Elenco dashboard e grafici critici</w:t>
      </w:r>
    </w:p>
    <w:p>
      <w:pPr>
        <w:pStyle w:val="BodyText"/>
        <w:ind w:firstLine="255"/>
      </w:pPr>
      <w:r>
        <w:t>In un modello dedicato a elenco dashboard e grafici critici,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elenco dashboard e grafici critici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elenco dashboard e grafici critici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4: Modello di controllo funzioni mancanti</w:t>
      </w:r>
    </w:p>
    <w:p>
      <w:pPr>
        <w:pStyle w:val="BodyText"/>
        <w:ind w:firstLine="255"/>
      </w:pPr>
      <w:r>
        <w:t>In un modello dedicato a modello di controllo funzioni mancanti,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modello di controllo funzioni mancanti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modello di controllo funzioni mancanti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5: Registro file distribuiti a clienti</w:t>
      </w:r>
    </w:p>
    <w:p>
      <w:pPr>
        <w:pStyle w:val="BodyText"/>
        <w:ind w:firstLine="255"/>
      </w:pPr>
      <w:r>
        <w:t>In un modello dedicato a registro file distribuiti a clienti,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registro file distribuiti a clienti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registro file distribuiti a clienti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2"/>
        <w:keepNext/>
        <w:spacing w:before="200" w:after="120"/>
      </w:pPr>
      <w:r>
        <w:t>Riepilogo del capitolo</w:t>
      </w:r>
    </w:p>
    <w:p>
      <w:pPr>
        <w:pStyle w:val="ListBullet"/>
      </w:pPr>
      <w:r>
        <w:t>Obiettivo del capitolo: Mostrare le differenze concrete tra le funzioni disponibili in Excel 2024 e quelle che evolvono in Excel 365.</w:t>
      </w:r>
    </w:p>
    <w:p>
      <w:pPr>
        <w:pStyle w:val="ListBullet"/>
      </w:pPr>
      <w:r>
        <w:t>La scelta tra Excel 365 ed Excel 2024 deve partire dal processo di lavoro, non dal solo prezzo o dalla familiarità dell’interfaccia.</w:t>
      </w:r>
    </w:p>
    <w:p>
      <w:pPr>
        <w:pStyle w:val="ListBullet"/>
      </w:pPr>
      <w:r>
        <w:t>Le funzioni moderne hanno valore quando risolvono un problema reale: dati da pulire, formule da mantenere, file da condividere o report da aggiornare.</w:t>
      </w:r>
    </w:p>
    <w:p>
      <w:pPr>
        <w:pStyle w:val="ListBullet"/>
      </w:pPr>
      <w:r>
        <w:t>La compatibilità va verificata sui file concreti, soprattutto quando si usano formule nuove, automazioni, macro o strumenti cloud.</w:t>
      </w:r>
    </w:p>
    <w:p>
      <w:pPr>
        <w:pStyle w:val="Heading2"/>
        <w:keepNext/>
        <w:spacing w:before="200" w:after="120"/>
      </w:pPr>
      <w:r>
        <w:t>Collegamento con il capitolo successivo</w:t>
      </w:r>
    </w:p>
    <w:p>
      <w:pPr>
        <w:pStyle w:val="BodyText"/>
        <w:ind w:firstLine="255"/>
      </w:pPr>
      <w:r>
        <w:t>La differenza più visibile per molti utenti moderni si trova nelle formule. Il prossimo capitolo entra nel cuore del nuovo modo di scrivere calcoli in Excel.</w:t>
      </w:r>
    </w:p>
    <w:p>
      <w:r>
        <w:br w:type="page"/>
      </w:r>
    </w:p>
    <w:p>
      <w:pPr>
        <w:pStyle w:val="Heading1"/>
        <w:keepNext/>
        <w:spacing w:before="240" w:after="120"/>
      </w:pPr>
      <w:r>
        <w:t>Capitolo 4</w:t>
        <w:br/>
        <w:t>Formule moderne: matrici dinamiche, LAMBDA e funzioni che cambiano il modo di lavorare</w:t>
      </w:r>
    </w:p>
    <w:p>
      <w:pPr>
        <w:pStyle w:val="BodyText"/>
        <w:ind w:firstLine="255"/>
      </w:pPr>
      <w:r>
        <w:t>Per anni molti utenti hanno imparato Excel come una raccolta di formule da copiare verso il basso: CERCA.VERT, SE, SOMMA.SE, INDICE, CONFRONTA, stringhe di testo, colonne di appoggio. Quel metodo funziona ancora, ma Excel moderno ha introdotto una logica diversa: una formula può restituire più risultati, espandersi, filtrare, ordinare e trasformare dati in modo dinamico.</w:t>
      </w:r>
    </w:p>
    <w:p>
      <w:pPr>
        <w:pStyle w:val="BodyText"/>
        <w:ind w:firstLine="255"/>
      </w:pPr>
      <w:r>
        <w:t>Le matrici dinamiche, la funzione LAMBDA e le nuove funzioni di testo e array non sono semplici aggiunte. Cambiano il modo di progettare un foglio: meno colonne duplicate, più logica in formule leggibili, più controllo sul dato e minore rischio di errori manuali.</w:t>
      </w:r>
    </w:p>
    <w:p>
      <w:pPr>
        <w:pStyle w:val="Heading2"/>
        <w:keepNext/>
        <w:spacing w:before="200" w:after="120"/>
      </w:pPr>
      <w:r>
        <w:t>Obiettivo del capitolo</w:t>
      </w:r>
    </w:p>
    <w:p>
      <w:pPr>
        <w:pStyle w:val="BodyText"/>
        <w:ind w:firstLine="255"/>
      </w:pPr>
      <w:r>
        <w:t>Spiegare in modo pratico le formule moderne, il loro impatto sulla produttività e le differenze di disponibilità tra le versioni.</w:t>
      </w:r>
    </w:p>
    <w:p>
      <w:pPr>
        <w:pStyle w:val="Heading2"/>
        <w:keepNext/>
        <w:spacing w:before="200" w:after="120"/>
      </w:pPr>
      <w:r>
        <w:t>Matrici dinamiche e comportamento di espansione</w:t>
      </w:r>
    </w:p>
    <w:p>
      <w:pPr>
        <w:pStyle w:val="BodyText"/>
        <w:ind w:firstLine="255"/>
      </w:pPr>
      <w:r>
        <w:t>Una formula a matrice dinamica può produrre un insieme di risultati che si distribuisce nelle celle vicine. Questo comportamento, spesso chiamato “spilling”, permette di scrivere una sola formula e ottenere un intervallo di output che si aggiorna quando cambiano i dati di origine.</w:t>
      </w:r>
    </w:p>
    <w:p>
      <w:pPr>
        <w:pStyle w:val="BodyText"/>
        <w:ind w:firstLine="255"/>
      </w:pPr>
      <w:r>
        <w:t>La conseguenza pratica è enorme: un elenco filtrato non deve più essere costruito con copie manuali; una sequenza numerica può generarsi da sola; un elenco di valori unici può aggiornarsi in tempo reale. L’utente passa da “riempire celle” a “progettare relazioni”.</w:t>
      </w:r>
    </w:p>
    <w:p>
      <w:pPr>
        <w:pStyle w:val="BodyText"/>
        <w:ind w:firstLine="255"/>
      </w:pPr>
      <w:r>
        <w:t>Nel lavoro quotidiano, questo tema va letto attraverso il criterio del sicurezza dei dati.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FILTER, SORT, UNIQUE e SEQUENCE</w:t>
      </w:r>
    </w:p>
    <w:p>
      <w:pPr>
        <w:pStyle w:val="BodyText"/>
        <w:ind w:firstLine="255"/>
      </w:pPr>
      <w:r>
        <w:t>Funzioni come FILTER, SORT, UNIQUE e SEQUENCE sono diventate la base di molti fogli moderni. Permettono di filtrare record, ordinare risultati, estrarre valori unici e generare sequenze senza passaggi manuali.</w:t>
      </w:r>
    </w:p>
    <w:p>
      <w:pPr>
        <w:pStyle w:val="BodyText"/>
        <w:ind w:firstLine="255"/>
      </w:pPr>
      <w:r>
        <w:t>In una cartella vendite, per esempio, si può generare l’elenco dei clienti attivi, ordinarli per fatturato e creare un riepilogo dinamico che cambia al variare dei dati. La formula non sostituisce il ragionamento, ma riduce la manutenzione.</w:t>
      </w:r>
    </w:p>
    <w:p>
      <w:pPr>
        <w:pStyle w:val="BodyText"/>
        <w:ind w:firstLine="255"/>
      </w:pPr>
      <w:r>
        <w:t>Dal punto di vista operativo, questo tema va letto attraverso il criterio del compatibilità con gli altri.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TEXTSPLIT, TEXTBEFORE e TEXTAFTER</w:t>
      </w:r>
    </w:p>
    <w:p>
      <w:pPr>
        <w:pStyle w:val="BodyText"/>
        <w:ind w:firstLine="255"/>
      </w:pPr>
      <w:r>
        <w:t>Le nuove funzioni di testo semplificano attività frequenti: dividere codici prodotto, estrarre prefissi, separare nomi e categorie, pulire stringhe importate da gestionali o e-commerce.</w:t>
      </w:r>
    </w:p>
    <w:p>
      <w:pPr>
        <w:pStyle w:val="BodyText"/>
        <w:ind w:firstLine="255"/>
      </w:pPr>
      <w:r>
        <w:t>In passato molti utenti ricorrevano a colonne di appoggio, combinazioni di SINISTRA, DESTRA, TROVA o strumenti manuali. Con le funzioni moderne il processo diventa più chiaro e ripetibile.</w:t>
      </w:r>
    </w:p>
    <w:p>
      <w:pPr>
        <w:pStyle w:val="BodyText"/>
        <w:ind w:firstLine="255"/>
      </w:pPr>
      <w:r>
        <w:t>Per un utente non tecnico, questo tema va letto attraverso il criterio del valore nel medio periodo.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LAMBDA: quando una formula diventa funzione</w:t>
      </w:r>
    </w:p>
    <w:p>
      <w:pPr>
        <w:pStyle w:val="BodyText"/>
        <w:ind w:firstLine="255"/>
      </w:pPr>
      <w:r>
        <w:t>LAMBDA consente di trasformare una formula riutilizzabile in una funzione personalizzata all’interno della cartella. È uno dei cambiamenti più importanti per chi costruisce modelli complessi, perché permette di dare un nome a una logica e richiamarla come se fosse nativa.</w:t>
      </w:r>
    </w:p>
    <w:p>
      <w:pPr>
        <w:pStyle w:val="BodyText"/>
        <w:ind w:firstLine="255"/>
      </w:pPr>
      <w:r>
        <w:t>Il vantaggio non è solo tecnico: una formula nominata è più leggibile, più controllabile e più facile da spiegare. In un team, può ridurre gli errori perché evita di copiare formule lunghe in punti diversi con piccole variazioni involontarie.</w:t>
      </w:r>
    </w:p>
    <w:p>
      <w:pPr>
        <w:pStyle w:val="BodyText"/>
        <w:ind w:firstLine="255"/>
      </w:pPr>
      <w:r>
        <w:t>Per chi gestisce file importanti, questo tema va letto attraverso il criterio del tempo risparmiato.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Funzioni disponibili e rischio compatibilità</w:t>
      </w:r>
    </w:p>
    <w:p>
      <w:pPr>
        <w:pStyle w:val="BodyText"/>
        <w:ind w:firstLine="255"/>
      </w:pPr>
      <w:r>
        <w:t>Molte funzioni moderne sono presenti anche in Excel 2024, ma Excel 365 resta il canale in cui nuove funzioni possono arrivare prima o essere aggiornate più frequentemente. Inoltre alcune funzioni avanzate recenti possono essere legate esclusivamente a Microsoft 365.</w:t>
      </w:r>
    </w:p>
    <w:p>
      <w:pPr>
        <w:pStyle w:val="BodyText"/>
        <w:ind w:firstLine="255"/>
      </w:pPr>
      <w:r>
        <w:t>Prima di distribuire modelli basati su funzioni moderne, è buona pratica indicare la versione minima richiesta. Un file elegante ma incompatibile non è un buon file: è un problema trasferito al destinatario.</w:t>
      </w:r>
    </w:p>
    <w:p>
      <w:pPr>
        <w:pStyle w:val="BodyText"/>
        <w:ind w:firstLine="255"/>
      </w:pPr>
      <w:r>
        <w:t>La conseguenza più concreta è che questo tema va letto attraverso il criterio del riduzione degli errori.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Approfondimento editoriale</w:t>
      </w:r>
    </w:p>
    <w:p>
      <w:pPr>
        <w:pStyle w:val="Heading3"/>
        <w:keepNext/>
        <w:spacing w:before="200" w:after="120"/>
      </w:pPr>
      <w:r>
        <w:t>Pensare per output dinamici</w:t>
      </w:r>
    </w:p>
    <w:p>
      <w:pPr>
        <w:pStyle w:val="BodyText"/>
        <w:ind w:firstLine="255"/>
      </w:pPr>
      <w:r>
        <w:t>Le formule moderne invitano a progettare il foglio a partire dall’output desiderato. Invece di costruire tante colonne intermedie, si può immaginare il risultato finale e definire una formula che lo generi dinamicamente. Questo cambia il modo di ragionare: non si riempie il foglio, si costruisce una piccola logica di trasformazione.</w:t>
      </w:r>
    </w:p>
    <w:p>
      <w:pPr>
        <w:pStyle w:val="BodyText"/>
        <w:ind w:firstLine="255"/>
      </w:pPr>
      <w:r>
        <w:t>È un passaggio culturale. L’utente abituato a copiare formule verso il basso deve imparare a fidarsi di risultati che si espandono. All’inizio può sembrare meno controllabile; con la pratica diventa più ordinato.</w:t>
      </w:r>
    </w:p>
    <w:p>
      <w:pPr>
        <w:pStyle w:val="Heading3"/>
        <w:keepNext/>
        <w:spacing w:before="200" w:after="120"/>
      </w:pPr>
      <w:r>
        <w:t>Formule leggibili</w:t>
      </w:r>
    </w:p>
    <w:p>
      <w:pPr>
        <w:pStyle w:val="BodyText"/>
        <w:ind w:firstLine="255"/>
      </w:pPr>
      <w:r>
        <w:t>Una formula potente non deve essere necessariamente illeggibile. LET e LAMBDA aiutano proprio a dare nome ai passaggi logici. Una formula lunga può diventare più chiara se definisce variabili interne, separa condizioni e richiama una funzione personalizzata.</w:t>
      </w:r>
    </w:p>
    <w:p>
      <w:pPr>
        <w:pStyle w:val="BodyText"/>
        <w:ind w:firstLine="255"/>
      </w:pPr>
      <w:r>
        <w:t>Nel lavoro professionale la leggibilità vale quanto il risultato. Una formula che solo l’autore capisce è un rischio. Una formula spiegabile è un patrimonio condivisibile.</w:t>
      </w:r>
    </w:p>
    <w:p>
      <w:pPr>
        <w:pStyle w:val="Heading3"/>
        <w:keepNext/>
        <w:spacing w:before="200" w:after="120"/>
      </w:pPr>
      <w:r>
        <w:t>Quando restare semplici</w:t>
      </w:r>
    </w:p>
    <w:p>
      <w:pPr>
        <w:pStyle w:val="BodyText"/>
        <w:ind w:firstLine="255"/>
      </w:pPr>
      <w:r>
        <w:t>Non ogni problema richiede la funzione più moderna. Se una somma semplice risolve il caso, non serve costruire una formula complessa. La maturità in Excel consiste nel conoscere strumenti avanzati e scegliere deliberatamente quando non usarli.</w:t>
      </w:r>
    </w:p>
    <w:p>
      <w:pPr>
        <w:pStyle w:val="BodyText"/>
        <w:ind w:firstLine="255"/>
      </w:pPr>
      <w:r>
        <w:t>Questo vale anche nel confronto tra versioni. Non acquistare Microsoft 365 solo per sentirti aggiornato se i tuoi file non richiedono funzioni evolute. Ma non restare su una versione perpetua se ogni settimana perdi tempo in attività che le nuove funzioni renderebbero automatiche.</w:t>
      </w:r>
    </w:p>
    <w:p>
      <w:pPr>
        <w:pStyle w:val="Heading2"/>
        <w:keepNext/>
        <w:spacing w:before="200" w:after="120"/>
      </w:pPr>
      <w:r>
        <w:t>Errori ricorrenti da evitare</w:t>
      </w:r>
    </w:p>
    <w:p>
      <w:pPr>
        <w:pStyle w:val="ListBullet"/>
      </w:pPr>
      <w:r>
        <w:t>Valutare solo il prezzo iniziale e ignorare tempo perso, collaborazione, aggiornamenti e compatibilità.</w:t>
      </w:r>
    </w:p>
    <w:p>
      <w:pPr>
        <w:pStyle w:val="ListBullet"/>
      </w:pPr>
      <w:r>
        <w:t>Creare file con funzioni moderne senza indicare la versione minima necessaria per aprirli correttamente.</w:t>
      </w:r>
    </w:p>
    <w:p>
      <w:pPr>
        <w:pStyle w:val="ListBullet"/>
      </w:pPr>
      <w:r>
        <w:t>Confondere cloud con disordine: salvare online non basta se permessi, nomi file e responsabilità non sono chiari.</w:t>
      </w:r>
    </w:p>
    <w:p>
      <w:pPr>
        <w:pStyle w:val="ListBullet"/>
      </w:pPr>
      <w:r>
        <w:t>Considerare Copilot o Python come scorciatoie automatiche invece che strumenti da usare con verifica e competenza.</w:t>
      </w:r>
    </w:p>
    <w:p>
      <w:pPr>
        <w:pStyle w:val="ListBullet"/>
      </w:pPr>
      <w:r>
        <w:t>Scegliere la versione solo perché è quella già conosciuta, senza verificare se i processi sono cambiati.</w:t>
      </w:r>
    </w:p>
    <w:p>
      <w:pPr>
        <w:pStyle w:val="BodyText"/>
        <w:ind w:firstLine="255"/>
      </w:pPr>
      <w:r>
        <w:t>Evitare questi errori non richiede competenze specialistiche. Richiede soprattutto un cambio di prospettiva: Excel non è solo il programma che apre una tabella, ma l’ambiente in cui molte decisioni vengono preparate. Più la decisione è importante, più la scelta della versione deve essere consapevole.</w:t>
      </w:r>
    </w:p>
    <w:p>
      <w:pPr>
        <w:pStyle w:val="Heading3"/>
        <w:keepNext/>
        <w:spacing w:before="200" w:after="120"/>
      </w:pPr>
      <w:r>
        <w:t>Esempio pratico</w:t>
      </w:r>
    </w:p>
    <w:p>
      <w:pPr>
        <w:pStyle w:val="Quote"/>
      </w:pPr>
      <w:r>
        <w:t>Supponiamo di avere un elenco di ordini con cliente, data, categoria e importo. Con una formula moderna è possibile estrarre i clienti unici, filtrare solo una categoria, ordinare per importo e generare un riepilogo che si aggiorna. Il lavoro che prima richiedeva passaggi manuali può diventare un modello dinamico.</w:t>
      </w:r>
    </w:p>
    <w:p>
      <w:pPr>
        <w:pStyle w:val="BodyText"/>
        <w:ind w:firstLine="255"/>
      </w:pPr>
      <w:r>
        <w:t>L’esempio non serve a imporre una risposta unica, ma a mostrare il metodo: partire dal lavoro reale, individuare il punto debole e verificare quale versione riduce meglio quel problema. Quando si ragiona così, la scelta diventa più semplice e meno influenzata da slogan commerciali o abitudini personali.</w:t>
      </w:r>
    </w:p>
    <w:p>
      <w:pPr>
        <w:pStyle w:val="Heading2"/>
        <w:keepNext/>
        <w:spacing w:before="200" w:after="120"/>
      </w:pPr>
      <w:r>
        <w:t>Laboratorio pratico del capitolo</w:t>
      </w:r>
    </w:p>
    <w:p>
      <w:pPr>
        <w:pStyle w:val="BodyText"/>
        <w:ind w:firstLine="255"/>
      </w:pPr>
      <w:r>
        <w:t>Per trasformare la lettura in una decisione utile, esegui questo piccolo esercizio prima di proseguire. Non richiede competenze tecniche avanzate: richiede soltanto di osservare come usi davvero Excel.</w:t>
      </w:r>
    </w:p>
    <w:p>
      <w:pPr>
        <w:pStyle w:val="ListNumber"/>
      </w:pPr>
      <w:r>
        <w:t>Annota se una funzione moderna, il cloud, Copilot, Python o una licenza perpetua risolverebbero un problema reale oppure sarebbero solo un’aggiunta interessante.</w:t>
      </w:r>
    </w:p>
    <w:p>
      <w:pPr>
        <w:pStyle w:val="ListNumber"/>
      </w:pPr>
      <w:r>
        <w:t>Scegli un file Excel che usi spesso e scrivi in una frase a cosa serve. Se non riesci a descriverlo con chiarezza, probabilmente il file contiene più processi mescolati.</w:t>
      </w:r>
    </w:p>
    <w:p>
      <w:pPr>
        <w:pStyle w:val="ListNumber"/>
      </w:pPr>
      <w:r>
        <w:t>Individua tre operazioni che ripeti manualmente. Possono essere copia e incolla, filtri, aggiornamento grafici, pulizia dati, invio del file o controllo formule.</w:t>
      </w:r>
    </w:p>
    <w:p>
      <w:pPr>
        <w:pStyle w:val="ListNumber"/>
      </w:pPr>
      <w:r>
        <w:t>Segna chi usa il file: solo tu, un collega, un cliente, un fornitore o un gruppo di lavoro. La risposta cambia il peso della collaborazione.</w:t>
      </w:r>
    </w:p>
    <w:p>
      <w:pPr>
        <w:pStyle w:val="Heading2"/>
        <w:keepNext/>
        <w:spacing w:before="200" w:after="120"/>
      </w:pPr>
      <w:r>
        <w:t>Schede applicative</w:t>
      </w:r>
    </w:p>
    <w:p>
      <w:pPr>
        <w:pStyle w:val="BodyText"/>
        <w:ind w:firstLine="255"/>
      </w:pPr>
      <w:r>
        <w:t>Le schede seguenti traducono il tema del capitolo in piccoli modelli mentali. Non sono file già pronti, ma descrizioni operative che puoi trasformare in cartelle Excel reali. L’obiettivo è capire come la scelta della versione incide su attività concrete, non su funzioni isolate.</w:t>
      </w:r>
    </w:p>
    <w:p>
      <w:pPr>
        <w:pStyle w:val="Heading3"/>
        <w:keepNext/>
        <w:spacing w:before="200" w:after="120"/>
      </w:pPr>
      <w:r>
        <w:t>Scheda 1: Pulizia elenco ordini con funzioni di testo</w:t>
      </w:r>
    </w:p>
    <w:p>
      <w:pPr>
        <w:pStyle w:val="BodyText"/>
        <w:ind w:firstLine="255"/>
      </w:pPr>
      <w:r>
        <w:t>In un modello dedicato a pulizia elenco ordini con funzioni di testo,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pulizia elenco ordini con funzioni di testo,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pulizia elenco ordini con funzioni di testo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2: Estrazione clienti unici</w:t>
      </w:r>
    </w:p>
    <w:p>
      <w:pPr>
        <w:pStyle w:val="BodyText"/>
        <w:ind w:firstLine="255"/>
      </w:pPr>
      <w:r>
        <w:t>In un modello dedicato a estrazione clienti unici,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estrazione clienti unici,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estrazione clienti unici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3: Ordinamento dinamico prodotti</w:t>
      </w:r>
    </w:p>
    <w:p>
      <w:pPr>
        <w:pStyle w:val="BodyText"/>
        <w:ind w:firstLine="255"/>
      </w:pPr>
      <w:r>
        <w:t>In un modello dedicato a ordinamento dinamico prodotti,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ordinamento dinamico prodotti,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ordinamento dinamico prodotti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4: Funzione personalizzata con lambda</w:t>
      </w:r>
    </w:p>
    <w:p>
      <w:pPr>
        <w:pStyle w:val="BodyText"/>
        <w:ind w:firstLine="255"/>
      </w:pPr>
      <w:r>
        <w:t>In un modello dedicato a funzione personalizzata con LAMBDA,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funzione personalizzata con LAMBDA,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funzione personalizzata con LAMBDA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5: Controllo errori in formule a matrice</w:t>
      </w:r>
    </w:p>
    <w:p>
      <w:pPr>
        <w:pStyle w:val="BodyText"/>
        <w:ind w:firstLine="255"/>
      </w:pPr>
      <w:r>
        <w:t>In un modello dedicato a controllo errori in formule a matrice,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controllo errori in formule a matrice,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controllo errori in formule a matrice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2"/>
        <w:keepNext/>
        <w:spacing w:before="200" w:after="120"/>
      </w:pPr>
      <w:r>
        <w:t>Riepilogo del capitolo</w:t>
      </w:r>
    </w:p>
    <w:p>
      <w:pPr>
        <w:pStyle w:val="ListBullet"/>
      </w:pPr>
      <w:r>
        <w:t>Obiettivo del capitolo: Spiegare in modo pratico le formule moderne, il loro impatto sulla produttività e le differenze di disponibilità tra le versioni.</w:t>
      </w:r>
    </w:p>
    <w:p>
      <w:pPr>
        <w:pStyle w:val="ListBullet"/>
      </w:pPr>
      <w:r>
        <w:t>La scelta tra Excel 365 ed Excel 2024 deve partire dal processo di lavoro, non dal solo prezzo o dalla familiarità dell’interfaccia.</w:t>
      </w:r>
    </w:p>
    <w:p>
      <w:pPr>
        <w:pStyle w:val="ListBullet"/>
      </w:pPr>
      <w:r>
        <w:t>Le funzioni moderne hanno valore quando risolvono un problema reale: dati da pulire, formule da mantenere, file da condividere o report da aggiornare.</w:t>
      </w:r>
    </w:p>
    <w:p>
      <w:pPr>
        <w:pStyle w:val="ListBullet"/>
      </w:pPr>
      <w:r>
        <w:t>La compatibilità va verificata sui file concreti, soprattutto quando si usano formule nuove, automazioni, macro o strumenti cloud.</w:t>
      </w:r>
    </w:p>
    <w:p>
      <w:pPr>
        <w:pStyle w:val="Heading2"/>
        <w:keepNext/>
        <w:spacing w:before="200" w:after="120"/>
      </w:pPr>
      <w:r>
        <w:t>Collegamento con il capitolo successivo</w:t>
      </w:r>
    </w:p>
    <w:p>
      <w:pPr>
        <w:pStyle w:val="BodyText"/>
        <w:ind w:firstLine="255"/>
      </w:pPr>
      <w:r>
        <w:t>Le formule moderne lavorano sui dati presenti nel foglio. Ma spesso il vero problema è portare i dati dentro Excel, pulirli e trasformarli. Il capitolo successivo si concentra proprio su analisi, Power Query, tabelle pivot e dashboard.</w:t>
      </w:r>
    </w:p>
    <w:p>
      <w:r>
        <w:br w:type="page"/>
      </w:r>
    </w:p>
    <w:p>
      <w:pPr>
        <w:pStyle w:val="Heading1"/>
        <w:keepNext/>
        <w:spacing w:before="240" w:after="120"/>
      </w:pPr>
      <w:r>
        <w:t>Capitolo 5</w:t>
        <w:br/>
        <w:t>Dati, Power Query, tabelle pivot e dashboard: Excel come centro di analisi</w:t>
      </w:r>
    </w:p>
    <w:p>
      <w:pPr>
        <w:pStyle w:val="BodyText"/>
        <w:ind w:firstLine="255"/>
      </w:pPr>
      <w:r>
        <w:t>Molti problemi in Excel non nascono dalle formule, ma dai dati. File esportati male, colonne con nomi incoerenti, date trattate come testo, codici duplicati, righe vuote, fogli ricevuti da persone diverse, report scaricati da gestionali: tutto questo richiede preparazione prima ancora del calcolo.</w:t>
      </w:r>
    </w:p>
    <w:p>
      <w:pPr>
        <w:pStyle w:val="BodyText"/>
        <w:ind w:firstLine="255"/>
      </w:pPr>
      <w:r>
        <w:t>Excel 365 ed Excel 2024 condividono molte capacità di analisi, ma il valore reale dipende dal modo in cui le si usa. Power Query, tabelle pivot, grafici, modelli dati e collegamenti con Power BI possono trasformare un foglio fragile in un processo controllato.</w:t>
      </w:r>
    </w:p>
    <w:p>
      <w:pPr>
        <w:pStyle w:val="Heading2"/>
        <w:keepNext/>
        <w:spacing w:before="200" w:after="120"/>
      </w:pPr>
      <w:r>
        <w:t>Obiettivo del capitolo</w:t>
      </w:r>
    </w:p>
    <w:p>
      <w:pPr>
        <w:pStyle w:val="BodyText"/>
        <w:ind w:firstLine="255"/>
      </w:pPr>
      <w:r>
        <w:t>Mostrare come Excel moderno sia uno strumento di analisi dati e non solo di calcolo, con attenzione a scenari pratici e limiti.</w:t>
      </w:r>
    </w:p>
    <w:p>
      <w:pPr>
        <w:pStyle w:val="Heading2"/>
        <w:keepNext/>
        <w:spacing w:before="200" w:after="120"/>
      </w:pPr>
      <w:r>
        <w:t>Power Query come strumento di preparazione</w:t>
      </w:r>
    </w:p>
    <w:p>
      <w:pPr>
        <w:pStyle w:val="BodyText"/>
        <w:ind w:firstLine="255"/>
      </w:pPr>
      <w:r>
        <w:t>Power Query permette di importare, pulire e trasformare dati con passaggi ripetibili. Invece di rifare ogni mese le stesse operazioni manuali, l’utente costruisce una sequenza: importa, rinomina colonne, cambia tipi dati, filtra righe, unisce tabelle, carica il risultato.</w:t>
      </w:r>
    </w:p>
    <w:p>
      <w:pPr>
        <w:pStyle w:val="BodyText"/>
        <w:ind w:firstLine="255"/>
      </w:pPr>
      <w:r>
        <w:t>Il vantaggio è la ripetibilità. Se il file di origine mantiene una struttura compatibile, l’aggiornamento può sostituire ore di copia e incolla con pochi clic.</w:t>
      </w:r>
    </w:p>
    <w:p>
      <w:pPr>
        <w:pStyle w:val="BodyText"/>
        <w:ind w:firstLine="255"/>
      </w:pPr>
      <w:r>
        <w:t>Per un utente non tecnico, questo tema va letto attraverso il criterio del compatibilità con gli altri.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Tabelle pivot: sintesi senza perdere il dettaglio</w:t>
      </w:r>
    </w:p>
    <w:p>
      <w:pPr>
        <w:pStyle w:val="BodyText"/>
        <w:ind w:firstLine="255"/>
      </w:pPr>
      <w:r>
        <w:t>Le tabelle pivot restano uno degli strumenti più potenti di Excel perché permettono di sintetizzare grandi quantità di dati senza scrivere formule complesse. Raggruppano, filtrano, sommano, contano e confrontano informazioni con rapidità.</w:t>
      </w:r>
    </w:p>
    <w:p>
      <w:pPr>
        <w:pStyle w:val="BodyText"/>
        <w:ind w:firstLine="255"/>
      </w:pPr>
      <w:r>
        <w:t>La loro forza è anche didattica: mostrano al lettore che analizzare dati significa fare domande. Quale categoria pesa di più? Quale mese cresce? Quale cliente è in calo? Quale area genera margine?</w:t>
      </w:r>
    </w:p>
    <w:p>
      <w:pPr>
        <w:pStyle w:val="BodyText"/>
        <w:ind w:firstLine="255"/>
      </w:pPr>
      <w:r>
        <w:t>Per chi gestisce file importanti, questo tema va letto attraverso il criterio del valore nel medio periodo.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Dashboard leggibili, non decorative</w:t>
      </w:r>
    </w:p>
    <w:p>
      <w:pPr>
        <w:pStyle w:val="BodyText"/>
        <w:ind w:firstLine="255"/>
      </w:pPr>
      <w:r>
        <w:t>Una dashboard non deve essere bella prima di essere utile. Deve mostrare poche metriche chiare, indicare lo stato del processo e guidare una decisione. Troppi grafici, colori casuali e indicatori non spiegati rendono il file più confuso.</w:t>
      </w:r>
    </w:p>
    <w:p>
      <w:pPr>
        <w:pStyle w:val="BodyText"/>
        <w:ind w:firstLine="255"/>
      </w:pPr>
      <w:r>
        <w:t>Excel 365 può offrire maggiori possibilità collaborative e integrazioni continue; Excel 2024 può comunque produrre dashboard solide se i dati sono ben strutturati e le regole di aggiornamento sono chiare.</w:t>
      </w:r>
    </w:p>
    <w:p>
      <w:pPr>
        <w:pStyle w:val="BodyText"/>
        <w:ind w:firstLine="255"/>
      </w:pPr>
      <w:r>
        <w:t>La conseguenza più concreta è che questo tema va letto attraverso il criterio del tempo risparmiato.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Excel e Power BI: due ruoli diversi</w:t>
      </w:r>
    </w:p>
    <w:p>
      <w:pPr>
        <w:pStyle w:val="BodyText"/>
        <w:ind w:firstLine="255"/>
      </w:pPr>
      <w:r>
        <w:t>Excel è eccellente per analisi flessibile, esplorazione, calcolo e modelli personalizzati. Power BI è più adatto alla distribuzione di report interattivi, alla gestione centralizzata e alla pubblicazione di dashboard per molti utenti.</w:t>
      </w:r>
    </w:p>
    <w:p>
      <w:pPr>
        <w:pStyle w:val="BodyText"/>
        <w:ind w:firstLine="255"/>
      </w:pPr>
      <w:r>
        <w:t>Nel confronto tra Excel 365 ed Excel 2024 bisogna capire se Excel resterà il centro dell’analisi o se sarà parte di un flusso più ampio con servizi cloud, condivisione e reporting aziendale.</w:t>
      </w:r>
    </w:p>
    <w:p>
      <w:pPr>
        <w:pStyle w:val="BodyText"/>
        <w:ind w:firstLine="255"/>
      </w:pPr>
      <w:r>
        <w:t>Il punto da non perdere è che questo tema va letto attraverso il criterio del riduzione degli errori.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Il limite: quando Excel non basta più</w:t>
      </w:r>
    </w:p>
    <w:p>
      <w:pPr>
        <w:pStyle w:val="BodyText"/>
        <w:ind w:firstLine="255"/>
      </w:pPr>
      <w:r>
        <w:t>Excel può fare moltissimo, ma non deve diventare un database improvvisato senza regole. Se più persone modificano copie diverse dello stesso file, se i dati superano la capacità di controllo umano o se il modello diventa mission-critical, serve progettare un’architettura più robusta.</w:t>
      </w:r>
    </w:p>
    <w:p>
      <w:pPr>
        <w:pStyle w:val="BodyText"/>
        <w:ind w:firstLine="255"/>
      </w:pPr>
      <w:r>
        <w:t>Il punto non è abbandonare Excel, ma usarlo bene: come interfaccia, strumento di analisi, ambiente di controllo e ponte verso sistemi più strutturati.</w:t>
      </w:r>
    </w:p>
    <w:p>
      <w:pPr>
        <w:pStyle w:val="BodyText"/>
        <w:ind w:firstLine="255"/>
      </w:pPr>
      <w:r>
        <w:t>Nella scelta finale, questo tema va letto attraverso il criterio del facilità di collaborazione.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Approfondimento editoriale</w:t>
      </w:r>
    </w:p>
    <w:p>
      <w:pPr>
        <w:pStyle w:val="Heading3"/>
        <w:keepNext/>
        <w:spacing w:before="200" w:after="120"/>
      </w:pPr>
      <w:r>
        <w:t>Il dato prima del grafico</w:t>
      </w:r>
    </w:p>
    <w:p>
      <w:pPr>
        <w:pStyle w:val="BodyText"/>
        <w:ind w:firstLine="255"/>
      </w:pPr>
      <w:r>
        <w:t>Molti utenti iniziano dalla dashboard, ma il punto di partenza dovrebbe essere il dato. Se il dato è sporco, duplicato o incoerente, il grafico sarà solo una rappresentazione elegante di un problema. Excel moderno offre strumenti per pulire e strutturare, ma richiede disciplina.</w:t>
      </w:r>
    </w:p>
    <w:p>
      <w:pPr>
        <w:pStyle w:val="BodyText"/>
        <w:ind w:firstLine="255"/>
      </w:pPr>
      <w:r>
        <w:t>Power Query è spesso il passaggio che separa un file improvvisato da un processo. Non rende il lavoro più scenografico, ma lo rende ripetibile.</w:t>
      </w:r>
    </w:p>
    <w:p>
      <w:pPr>
        <w:pStyle w:val="Heading3"/>
        <w:keepNext/>
        <w:spacing w:before="200" w:after="120"/>
      </w:pPr>
      <w:r>
        <w:t>Analisi come conversazione</w:t>
      </w:r>
    </w:p>
    <w:p>
      <w:pPr>
        <w:pStyle w:val="BodyText"/>
        <w:ind w:firstLine="255"/>
      </w:pPr>
      <w:r>
        <w:t>Analizzare dati significa fare domande. Una tabella pivot risponde a domande come: quanto vendiamo per categoria, mese, area o cliente? Una dashboard organizza le risposte più importanti. Una formula moderna può preparare viste dinamiche per esplorare dettagli.</w:t>
      </w:r>
    </w:p>
    <w:p>
      <w:pPr>
        <w:pStyle w:val="BodyText"/>
        <w:ind w:firstLine="255"/>
      </w:pPr>
      <w:r>
        <w:t>Excel 365 ed Excel 2024 possono entrambi sostenere questa conversazione, ma Microsoft 365 tende ad aggiungere strumenti più aggiornati e integrazioni più ricche nel tempo.</w:t>
      </w:r>
    </w:p>
    <w:p>
      <w:pPr>
        <w:pStyle w:val="Heading3"/>
        <w:keepNext/>
        <w:spacing w:before="200" w:after="120"/>
      </w:pPr>
      <w:r>
        <w:t>Dal file al sistema</w:t>
      </w:r>
    </w:p>
    <w:p>
      <w:pPr>
        <w:pStyle w:val="BodyText"/>
        <w:ind w:firstLine="255"/>
      </w:pPr>
      <w:r>
        <w:t>Quando un report viene aggiornato ogni mese, non è più un documento isolato: è un sistema. Ha input, trasformazioni, controlli, output e destinatari. Più il sistema è importante, più serve progettazione.</w:t>
      </w:r>
    </w:p>
    <w:p>
      <w:pPr>
        <w:pStyle w:val="BodyText"/>
        <w:ind w:firstLine="255"/>
      </w:pPr>
      <w:r>
        <w:t>In questi casi il confronto tra versioni deve includere anche backup, permessi, archiviazione, canali di aggiornamento e competenze degli utenti.</w:t>
      </w:r>
    </w:p>
    <w:p>
      <w:pPr>
        <w:pStyle w:val="Heading2"/>
        <w:keepNext/>
        <w:spacing w:before="200" w:after="120"/>
      </w:pPr>
      <w:r>
        <w:t>Errori ricorrenti da evitare</w:t>
      </w:r>
    </w:p>
    <w:p>
      <w:pPr>
        <w:pStyle w:val="ListBullet"/>
      </w:pPr>
      <w:r>
        <w:t>Scegliere la versione solo perché è quella già conosciuta, senza verificare se i processi sono cambiati.</w:t>
      </w:r>
    </w:p>
    <w:p>
      <w:pPr>
        <w:pStyle w:val="ListBullet"/>
      </w:pPr>
      <w:r>
        <w:t>Valutare solo il prezzo iniziale e ignorare tempo perso, collaborazione, aggiornamenti e compatibilità.</w:t>
      </w:r>
    </w:p>
    <w:p>
      <w:pPr>
        <w:pStyle w:val="ListBullet"/>
      </w:pPr>
      <w:r>
        <w:t>Creare file con funzioni moderne senza indicare la versione minima necessaria per aprirli correttamente.</w:t>
      </w:r>
    </w:p>
    <w:p>
      <w:pPr>
        <w:pStyle w:val="ListBullet"/>
      </w:pPr>
      <w:r>
        <w:t>Confondere cloud con disordine: salvare online non basta se permessi, nomi file e responsabilità non sono chiari.</w:t>
      </w:r>
    </w:p>
    <w:p>
      <w:pPr>
        <w:pStyle w:val="ListBullet"/>
      </w:pPr>
      <w:r>
        <w:t>Considerare Copilot o Python come scorciatoie automatiche invece che strumenti da usare con verifica e competenza.</w:t>
      </w:r>
    </w:p>
    <w:p>
      <w:pPr>
        <w:pStyle w:val="BodyText"/>
        <w:ind w:firstLine="255"/>
      </w:pPr>
      <w:r>
        <w:t>Evitare questi errori non richiede competenze specialistiche. Richiede soprattutto un cambio di prospettiva: Excel non è solo il programma che apre una tabella, ma l’ambiente in cui molte decisioni vengono preparate. Più la decisione è importante, più la scelta della versione deve essere consapevole.</w:t>
      </w:r>
    </w:p>
    <w:p>
      <w:pPr>
        <w:pStyle w:val="Heading3"/>
        <w:keepNext/>
        <w:spacing w:before="200" w:after="120"/>
      </w:pPr>
      <w:r>
        <w:t>Esempio pratico</w:t>
      </w:r>
    </w:p>
    <w:p>
      <w:pPr>
        <w:pStyle w:val="Quote"/>
      </w:pPr>
      <w:r>
        <w:t>Un report vendite mensile può essere costruito importando il CSV del gestionale in Power Query, pulendo colonne e date, caricando una tabella pulita, creando una pivot e aggiornando una dashboard. La differenza tra un file amatoriale e un processo professionale non è il numero di formule, ma la ripetibilità.</w:t>
      </w:r>
    </w:p>
    <w:p>
      <w:pPr>
        <w:pStyle w:val="BodyText"/>
        <w:ind w:firstLine="255"/>
      </w:pPr>
      <w:r>
        <w:t>L’esempio non serve a imporre una risposta unica, ma a mostrare il metodo: partire dal lavoro reale, individuare il punto debole e verificare quale versione riduce meglio quel problema. Quando si ragiona così, la scelta diventa più semplice e meno influenzata da slogan commerciali o abitudini personali.</w:t>
      </w:r>
    </w:p>
    <w:p>
      <w:pPr>
        <w:pStyle w:val="Heading2"/>
        <w:keepNext/>
        <w:spacing w:before="200" w:after="120"/>
      </w:pPr>
      <w:r>
        <w:t>Laboratorio pratico del capitolo</w:t>
      </w:r>
    </w:p>
    <w:p>
      <w:pPr>
        <w:pStyle w:val="BodyText"/>
        <w:ind w:firstLine="255"/>
      </w:pPr>
      <w:r>
        <w:t>Per trasformare la lettura in una decisione utile, esegui questo piccolo esercizio prima di proseguire. Non richiede competenze tecniche avanzate: richiede soltanto di osservare come usi davvero Excel.</w:t>
      </w:r>
    </w:p>
    <w:p>
      <w:pPr>
        <w:pStyle w:val="ListNumber"/>
      </w:pPr>
      <w:r>
        <w:t>Scegli un file Excel che usi spesso e scrivi in una frase a cosa serve. Se non riesci a descriverlo con chiarezza, probabilmente il file contiene più processi mescolati.</w:t>
      </w:r>
    </w:p>
    <w:p>
      <w:pPr>
        <w:pStyle w:val="ListNumber"/>
      </w:pPr>
      <w:r>
        <w:t>Individua tre operazioni che ripeti manualmente. Possono essere copia e incolla, filtri, aggiornamento grafici, pulizia dati, invio del file o controllo formule.</w:t>
      </w:r>
    </w:p>
    <w:p>
      <w:pPr>
        <w:pStyle w:val="ListNumber"/>
      </w:pPr>
      <w:r>
        <w:t>Segna chi usa il file: solo tu, un collega, un cliente, un fornitore o un gruppo di lavoro. La risposta cambia il peso della collaborazione.</w:t>
      </w:r>
    </w:p>
    <w:p>
      <w:pPr>
        <w:pStyle w:val="ListNumber"/>
      </w:pPr>
      <w:r>
        <w:t>Valuta il rischio: cosa succede se il file contiene un errore? Nulla di grave, perdita di tempo, decisione sbagliata, problema economico o problema di conformità?</w:t>
      </w:r>
    </w:p>
    <w:p>
      <w:pPr>
        <w:pStyle w:val="Heading2"/>
        <w:keepNext/>
        <w:spacing w:before="200" w:after="120"/>
      </w:pPr>
      <w:r>
        <w:t>Schede applicative</w:t>
      </w:r>
    </w:p>
    <w:p>
      <w:pPr>
        <w:pStyle w:val="BodyText"/>
        <w:ind w:firstLine="255"/>
      </w:pPr>
      <w:r>
        <w:t>Le schede seguenti traducono il tema del capitolo in piccoli modelli mentali. Non sono file già pronti, ma descrizioni operative che puoi trasformare in cartelle Excel reali. L’obiettivo è capire come la scelta della versione incide su attività concrete, non su funzioni isolate.</w:t>
      </w:r>
    </w:p>
    <w:p>
      <w:pPr>
        <w:pStyle w:val="Heading3"/>
        <w:keepNext/>
        <w:spacing w:before="200" w:after="120"/>
      </w:pPr>
      <w:r>
        <w:t>Scheda 1: Report vendite con power query</w:t>
      </w:r>
    </w:p>
    <w:p>
      <w:pPr>
        <w:pStyle w:val="BodyText"/>
        <w:ind w:firstLine="255"/>
      </w:pPr>
      <w:r>
        <w:t>In un modello dedicato a report vendite con Power Query,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report vendite con Power Query,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report vendite con Power Query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2: Tabella pivot per margini</w:t>
      </w:r>
    </w:p>
    <w:p>
      <w:pPr>
        <w:pStyle w:val="BodyText"/>
        <w:ind w:firstLine="255"/>
      </w:pPr>
      <w:r>
        <w:t>In un modello dedicato a tabella pivot per margini,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tabella pivot per margini,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tabella pivot per margini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3: Dashboard di magazzino</w:t>
      </w:r>
    </w:p>
    <w:p>
      <w:pPr>
        <w:pStyle w:val="BodyText"/>
        <w:ind w:firstLine="255"/>
      </w:pPr>
      <w:r>
        <w:t>In un modello dedicato a dashboard di magazzino,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dashboard di magazzino,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dashboard di magazzino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4: Controllo qualità dati importati</w:t>
      </w:r>
    </w:p>
    <w:p>
      <w:pPr>
        <w:pStyle w:val="BodyText"/>
        <w:ind w:firstLine="255"/>
      </w:pPr>
      <w:r>
        <w:t>In un modello dedicato a controllo qualità dati importati,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controllo qualità dati importati,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controllo qualità dati importati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5: Preparazione dati per power bi</w:t>
      </w:r>
    </w:p>
    <w:p>
      <w:pPr>
        <w:pStyle w:val="BodyText"/>
        <w:ind w:firstLine="255"/>
      </w:pPr>
      <w:r>
        <w:t>In un modello dedicato a preparazione dati per Power BI,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preparazione dati per Power BI,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preparazione dati per Power BI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2"/>
        <w:keepNext/>
        <w:spacing w:before="200" w:after="120"/>
      </w:pPr>
      <w:r>
        <w:t>Riepilogo del capitolo</w:t>
      </w:r>
    </w:p>
    <w:p>
      <w:pPr>
        <w:pStyle w:val="ListBullet"/>
      </w:pPr>
      <w:r>
        <w:t>Obiettivo del capitolo: Mostrare come Excel moderno sia uno strumento di analisi dati e non solo di calcolo, con attenzione a scenari pratici e limiti.</w:t>
      </w:r>
    </w:p>
    <w:p>
      <w:pPr>
        <w:pStyle w:val="ListBullet"/>
      </w:pPr>
      <w:r>
        <w:t>La scelta tra Excel 365 ed Excel 2024 deve partire dal processo di lavoro, non dal solo prezzo o dalla familiarità dell’interfaccia.</w:t>
      </w:r>
    </w:p>
    <w:p>
      <w:pPr>
        <w:pStyle w:val="ListBullet"/>
      </w:pPr>
      <w:r>
        <w:t>Le funzioni moderne hanno valore quando risolvono un problema reale: dati da pulire, formule da mantenere, file da condividere o report da aggiornare.</w:t>
      </w:r>
    </w:p>
    <w:p>
      <w:pPr>
        <w:pStyle w:val="ListBullet"/>
      </w:pPr>
      <w:r>
        <w:t>La compatibilità va verificata sui file concreti, soprattutto quando si usano formule nuove, automazioni, macro o strumenti cloud.</w:t>
      </w:r>
    </w:p>
    <w:p>
      <w:pPr>
        <w:pStyle w:val="Heading2"/>
        <w:keepNext/>
        <w:spacing w:before="200" w:after="120"/>
      </w:pPr>
      <w:r>
        <w:t>Collegamento con il capitolo successivo</w:t>
      </w:r>
    </w:p>
    <w:p>
      <w:pPr>
        <w:pStyle w:val="BodyText"/>
        <w:ind w:firstLine="255"/>
      </w:pPr>
      <w:r>
        <w:t>Dopo dati e analisi, il confronto si sposta su un altro tema decisivo: lavorare da soli o con altre persone, su un solo PC o su più dispositivi.</w:t>
      </w:r>
    </w:p>
    <w:p>
      <w:r>
        <w:br w:type="page"/>
      </w:r>
    </w:p>
    <w:p>
      <w:pPr>
        <w:pStyle w:val="Heading1"/>
        <w:keepNext/>
        <w:spacing w:before="240" w:after="120"/>
      </w:pPr>
      <w:r>
        <w:t>Capitolo 6</w:t>
        <w:br/>
        <w:t>Collaborazione, cloud e lavoro multi-dispositivo</w:t>
      </w:r>
    </w:p>
    <w:p>
      <w:pPr>
        <w:pStyle w:val="BodyText"/>
        <w:ind w:firstLine="255"/>
      </w:pPr>
      <w:r>
        <w:t>Excel è nato in un’epoca in cui il file viveva sul computer di una persona. Oggi molti file vivono in cloud, vengono aperti da più dispositivi, commentati, condivisi, revisionati e aggiornati da persone che non sono nella stessa stanza.</w:t>
      </w:r>
    </w:p>
    <w:p>
      <w:pPr>
        <w:pStyle w:val="BodyText"/>
        <w:ind w:firstLine="255"/>
      </w:pPr>
      <w:r>
        <w:t>Questa trasformazione rende la differenza tra Excel 365 ed Excel 2024 particolarmente concreta. Non si tratta solo di funzioni: si tratta di come i file circolano, chi può modificarli, come si evita la duplicazione e quanto è semplice lavorare insieme.</w:t>
      </w:r>
    </w:p>
    <w:p>
      <w:pPr>
        <w:pStyle w:val="Heading2"/>
        <w:keepNext/>
        <w:spacing w:before="200" w:after="120"/>
      </w:pPr>
      <w:r>
        <w:t>Obiettivo del capitolo</w:t>
      </w:r>
    </w:p>
    <w:p>
      <w:pPr>
        <w:pStyle w:val="BodyText"/>
        <w:ind w:firstLine="255"/>
      </w:pPr>
      <w:r>
        <w:t>Analizzare come il cloud e la collaborazione influenzino la scelta tra Excel 365 ed Excel 2024.</w:t>
      </w:r>
    </w:p>
    <w:p>
      <w:pPr>
        <w:pStyle w:val="Heading2"/>
        <w:keepNext/>
        <w:spacing w:before="200" w:after="120"/>
      </w:pPr>
      <w:r>
        <w:t>Dal file allegato al file condiviso</w:t>
      </w:r>
    </w:p>
    <w:p>
      <w:pPr>
        <w:pStyle w:val="BodyText"/>
        <w:ind w:firstLine="255"/>
      </w:pPr>
      <w:r>
        <w:t>Il vecchio metodo era inviare un allegato via email, ricevere modifiche, salvare versioni diverse e provare a capire quale fosse quella giusta. È un metodo ancora usato, ma fragile. Basta una modifica parallela per creare confusione.</w:t>
      </w:r>
    </w:p>
    <w:p>
      <w:pPr>
        <w:pStyle w:val="BodyText"/>
        <w:ind w:firstLine="255"/>
      </w:pPr>
      <w:r>
        <w:t>Il file condiviso, invece, diventa un punto unico di lavoro. Le persone autorizzate accedono allo stesso documento e riducono il rischio di copie incoerenti. Questo è uno degli ambiti in cui l’ecosistema Microsoft 365 può generare valore reale.</w:t>
      </w:r>
    </w:p>
    <w:p>
      <w:pPr>
        <w:pStyle w:val="BodyText"/>
        <w:ind w:firstLine="255"/>
      </w:pPr>
      <w:r>
        <w:t>La conseguenza più concreta è che questo tema va letto attraverso il criterio del valore nel medio periodo.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OneDrive e SharePoint nel flusso Excel</w:t>
      </w:r>
    </w:p>
    <w:p>
      <w:pPr>
        <w:pStyle w:val="BodyText"/>
        <w:ind w:firstLine="255"/>
      </w:pPr>
      <w:r>
        <w:t>Quando Excel è integrato con OneDrive o SharePoint, il file può essere salvato, sincronizzato e condiviso con controlli di accesso più gestibili. Per un team, questo può essere più importante di una singola funzione di calcolo.</w:t>
      </w:r>
    </w:p>
    <w:p>
      <w:pPr>
        <w:pStyle w:val="BodyText"/>
        <w:ind w:firstLine="255"/>
      </w:pPr>
      <w:r>
        <w:t>Excel 2024 può aprire e salvare file, ma il vantaggio pieno del lavoro cloud emerge quando l’utente ha un ecosistema Microsoft 365 configurato correttamente.</w:t>
      </w:r>
    </w:p>
    <w:p>
      <w:pPr>
        <w:pStyle w:val="BodyText"/>
        <w:ind w:firstLine="255"/>
      </w:pPr>
      <w:r>
        <w:t>Il punto da non perdere è che questo tema va letto attraverso il criterio del tempo risparmiato.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Coauthoring e modifiche simultanee</w:t>
      </w:r>
    </w:p>
    <w:p>
      <w:pPr>
        <w:pStyle w:val="BodyText"/>
        <w:ind w:firstLine="255"/>
      </w:pPr>
      <w:r>
        <w:t>La possibilità di lavorare simultaneamente su una cartella riduce tempi morti e passaggi intermedi. Tuttavia richiede disciplina: tabelle strutturate, nomi chiari, aree protette, regole di modifica e responsabilità definite.</w:t>
      </w:r>
    </w:p>
    <w:p>
      <w:pPr>
        <w:pStyle w:val="BodyText"/>
        <w:ind w:firstLine="255"/>
      </w:pPr>
      <w:r>
        <w:t>La collaborazione non elimina gli errori. Li sposta: non più solo formule sbagliate, ma permessi confusi, celle sovrascritte e commenti non gestiti. Per questo serve progettare il file come spazio condiviso.</w:t>
      </w:r>
    </w:p>
    <w:p>
      <w:pPr>
        <w:pStyle w:val="BodyText"/>
        <w:ind w:firstLine="255"/>
      </w:pPr>
      <w:r>
        <w:t>Nella scelta finale, questo tema va letto attraverso il criterio del riduzione degli errori.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Accesso da dispositivi diversi</w:t>
      </w:r>
    </w:p>
    <w:p>
      <w:pPr>
        <w:pStyle w:val="BodyText"/>
        <w:ind w:firstLine="255"/>
      </w:pPr>
      <w:r>
        <w:t>Microsoft 365 favorisce un utilizzo più fluido su PC, Mac, tablet, smartphone e Web, in base al piano e alle app disponibili. Chi lavora spesso fuori ufficio o alterna dispositivi può trarre vantaggio da questa continuità.</w:t>
      </w:r>
    </w:p>
    <w:p>
      <w:pPr>
        <w:pStyle w:val="BodyText"/>
        <w:ind w:firstLine="255"/>
      </w:pPr>
      <w:r>
        <w:t>Excel 2024 è più legato all’installazione locale. Questo può essere un vantaggio per chi vuole un ambiente stabile su una macchina principale, ma un limite per chi lavora in mobilità.</w:t>
      </w:r>
    </w:p>
    <w:p>
      <w:pPr>
        <w:pStyle w:val="BodyText"/>
        <w:ind w:firstLine="255"/>
      </w:pPr>
      <w:r>
        <w:t>In pratica, questo tema va letto attraverso il criterio del facilità di collaborazione.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Quando la collaborazione non serve</w:t>
      </w:r>
    </w:p>
    <w:p>
      <w:pPr>
        <w:pStyle w:val="BodyText"/>
        <w:ind w:firstLine="255"/>
      </w:pPr>
      <w:r>
        <w:t>Non tutti hanno bisogno di cloud e coauthoring. Un utente che gestisce file personali, archivi locali o modelli riservati su un solo computer può non percepire valore nella collaborazione in tempo reale.</w:t>
      </w:r>
    </w:p>
    <w:p>
      <w:pPr>
        <w:pStyle w:val="BodyText"/>
        <w:ind w:firstLine="255"/>
      </w:pPr>
      <w:r>
        <w:t>La scelta non deve seguire la moda. Deve seguire il processo. Se il file non esce mai dal computer e non richiede aggiornamenti frequenti, Excel 2024 può essere perfettamente coerente.</w:t>
      </w:r>
    </w:p>
    <w:p>
      <w:pPr>
        <w:pStyle w:val="BodyText"/>
        <w:ind w:firstLine="255"/>
      </w:pPr>
      <w:r>
        <w:t>Nel lavoro quotidiano, questo tema va letto attraverso il criterio del controllo dei file.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Approfondimento editoriale</w:t>
      </w:r>
    </w:p>
    <w:p>
      <w:pPr>
        <w:pStyle w:val="Heading3"/>
        <w:keepNext/>
        <w:spacing w:before="200" w:after="120"/>
      </w:pPr>
      <w:r>
        <w:t>Collaborare non significa solo condividere</w:t>
      </w:r>
    </w:p>
    <w:p>
      <w:pPr>
        <w:pStyle w:val="BodyText"/>
        <w:ind w:firstLine="255"/>
      </w:pPr>
      <w:r>
        <w:t>Condividere un file è facile; collaborare bene è più difficile. Collaborare significa sapere chi modifica cosa, come vengono gestite le versioni, quali aree sono protette e dove si trovano le informazioni aggiornate.</w:t>
      </w:r>
    </w:p>
    <w:p>
      <w:pPr>
        <w:pStyle w:val="BodyText"/>
        <w:ind w:firstLine="255"/>
      </w:pPr>
      <w:r>
        <w:t>Microsoft 365 fornisce strumenti utili, ma la disciplina resta necessaria. Un file cloud disordinato può creare problemi quanto un allegato inviato dieci volte.</w:t>
      </w:r>
    </w:p>
    <w:p>
      <w:pPr>
        <w:pStyle w:val="Heading3"/>
        <w:keepNext/>
        <w:spacing w:before="200" w:after="120"/>
      </w:pPr>
      <w:r>
        <w:t>La cultura del file unico</w:t>
      </w:r>
    </w:p>
    <w:p>
      <w:pPr>
        <w:pStyle w:val="BodyText"/>
        <w:ind w:firstLine="255"/>
      </w:pPr>
      <w:r>
        <w:t>Uno dei vantaggi principali del cloud è ridurre la moltiplicazione delle copie. Un file unico, con permessi corretti e cronologia versioni, può evitare molte confusioni. Ma richiede abituarsi a non scaricare, rinominare e reinviare copie personali senza motivo.</w:t>
      </w:r>
    </w:p>
    <w:p>
      <w:pPr>
        <w:pStyle w:val="BodyText"/>
        <w:ind w:firstLine="255"/>
      </w:pPr>
      <w:r>
        <w:t>Il passaggio è organizzativo prima ancora che tecnico. Chi passa a Microsoft 365 dovrebbe accompagnare la scelta con piccole regole di lavoro condivise.</w:t>
      </w:r>
    </w:p>
    <w:p>
      <w:pPr>
        <w:pStyle w:val="Heading3"/>
        <w:keepNext/>
        <w:spacing w:before="200" w:after="120"/>
      </w:pPr>
      <w:r>
        <w:t>Quando il locale resta sensato</w:t>
      </w:r>
    </w:p>
    <w:p>
      <w:pPr>
        <w:pStyle w:val="BodyText"/>
        <w:ind w:firstLine="255"/>
      </w:pPr>
      <w:r>
        <w:t>Esistono contesti in cui il file locale è ancora la scelta più semplice: uso personale, dati non condivisi, postazione fissa, modelli che non richiedono aggiornamenti frequenti. In questi casi Excel 2024 può essere lineare.</w:t>
      </w:r>
    </w:p>
    <w:p>
      <w:pPr>
        <w:pStyle w:val="BodyText"/>
        <w:ind w:firstLine="255"/>
      </w:pPr>
      <w:r>
        <w:t>Il cloud non è un obbligo morale. È uno strumento. Va adottato quando risolve problemi reali di accesso, collaborazione e continuità.</w:t>
      </w:r>
    </w:p>
    <w:p>
      <w:pPr>
        <w:pStyle w:val="Heading2"/>
        <w:keepNext/>
        <w:spacing w:before="200" w:after="120"/>
      </w:pPr>
      <w:r>
        <w:t>Errori ricorrenti da evitare</w:t>
      </w:r>
    </w:p>
    <w:p>
      <w:pPr>
        <w:pStyle w:val="ListBullet"/>
      </w:pPr>
      <w:r>
        <w:t>Valutare solo il prezzo iniziale e ignorare tempo perso, collaborazione, aggiornamenti e compatibilità.</w:t>
      </w:r>
    </w:p>
    <w:p>
      <w:pPr>
        <w:pStyle w:val="ListBullet"/>
      </w:pPr>
      <w:r>
        <w:t>Creare file con funzioni moderne senza indicare la versione minima necessaria per aprirli correttamente.</w:t>
      </w:r>
    </w:p>
    <w:p>
      <w:pPr>
        <w:pStyle w:val="ListBullet"/>
      </w:pPr>
      <w:r>
        <w:t>Confondere cloud con disordine: salvare online non basta se permessi, nomi file e responsabilità non sono chiari.</w:t>
      </w:r>
    </w:p>
    <w:p>
      <w:pPr>
        <w:pStyle w:val="ListBullet"/>
      </w:pPr>
      <w:r>
        <w:t>Considerare Copilot o Python come scorciatoie automatiche invece che strumenti da usare con verifica e competenza.</w:t>
      </w:r>
    </w:p>
    <w:p>
      <w:pPr>
        <w:pStyle w:val="ListBullet"/>
      </w:pPr>
      <w:r>
        <w:t>Scegliere la versione solo perché è quella già conosciuta, senza verificare se i processi sono cambiati.</w:t>
      </w:r>
    </w:p>
    <w:p>
      <w:pPr>
        <w:pStyle w:val="BodyText"/>
        <w:ind w:firstLine="255"/>
      </w:pPr>
      <w:r>
        <w:t>Evitare questi errori non richiede competenze specialistiche. Richiede soprattutto un cambio di prospettiva: Excel non è solo il programma che apre una tabella, ma l’ambiente in cui molte decisioni vengono preparate. Più la decisione è importante, più la scelta della versione deve essere consapevole.</w:t>
      </w:r>
    </w:p>
    <w:p>
      <w:pPr>
        <w:pStyle w:val="Heading3"/>
        <w:keepNext/>
        <w:spacing w:before="200" w:after="120"/>
      </w:pPr>
      <w:r>
        <w:t>Esempio pratico</w:t>
      </w:r>
    </w:p>
    <w:p>
      <w:pPr>
        <w:pStyle w:val="Quote"/>
      </w:pPr>
      <w:r>
        <w:t>Un’associazione che gestisce turni dei volontari può trarre grande vantaggio da un file condiviso: meno allegati, meno versioni, più visibilità. Un professionista che usa Excel per preventivi personali potrebbe preferire una cartella locale stabile e meno dipendente dal cloud.</w:t>
      </w:r>
    </w:p>
    <w:p>
      <w:pPr>
        <w:pStyle w:val="BodyText"/>
        <w:ind w:firstLine="255"/>
      </w:pPr>
      <w:r>
        <w:t>L’esempio non serve a imporre una risposta unica, ma a mostrare il metodo: partire dal lavoro reale, individuare il punto debole e verificare quale versione riduce meglio quel problema. Quando si ragiona così, la scelta diventa più semplice e meno influenzata da slogan commerciali o abitudini personali.</w:t>
      </w:r>
    </w:p>
    <w:p>
      <w:pPr>
        <w:pStyle w:val="Heading2"/>
        <w:keepNext/>
        <w:spacing w:before="200" w:after="120"/>
      </w:pPr>
      <w:r>
        <w:t>Laboratorio pratico del capitolo</w:t>
      </w:r>
    </w:p>
    <w:p>
      <w:pPr>
        <w:pStyle w:val="BodyText"/>
        <w:ind w:firstLine="255"/>
      </w:pPr>
      <w:r>
        <w:t>Per trasformare la lettura in una decisione utile, esegui questo piccolo esercizio prima di proseguire. Non richiede competenze tecniche avanzate: richiede soltanto di osservare come usi davvero Excel.</w:t>
      </w:r>
    </w:p>
    <w:p>
      <w:pPr>
        <w:pStyle w:val="ListNumber"/>
      </w:pPr>
      <w:r>
        <w:t>Individua tre operazioni che ripeti manualmente. Possono essere copia e incolla, filtri, aggiornamento grafici, pulizia dati, invio del file o controllo formule.</w:t>
      </w:r>
    </w:p>
    <w:p>
      <w:pPr>
        <w:pStyle w:val="ListNumber"/>
      </w:pPr>
      <w:r>
        <w:t>Segna chi usa il file: solo tu, un collega, un cliente, un fornitore o un gruppo di lavoro. La risposta cambia il peso della collaborazione.</w:t>
      </w:r>
    </w:p>
    <w:p>
      <w:pPr>
        <w:pStyle w:val="ListNumber"/>
      </w:pPr>
      <w:r>
        <w:t>Valuta il rischio: cosa succede se il file contiene un errore? Nulla di grave, perdita di tempo, decisione sbagliata, problema economico o problema di conformità?</w:t>
      </w:r>
    </w:p>
    <w:p>
      <w:pPr>
        <w:pStyle w:val="ListNumber"/>
      </w:pPr>
      <w:r>
        <w:t>Annota se una funzione moderna, il cloud, Copilot, Python o una licenza perpetua risolverebbero un problema reale oppure sarebbero solo un’aggiunta interessante.</w:t>
      </w:r>
    </w:p>
    <w:p>
      <w:pPr>
        <w:pStyle w:val="Heading2"/>
        <w:keepNext/>
        <w:spacing w:before="200" w:after="120"/>
      </w:pPr>
      <w:r>
        <w:t>Schede applicative</w:t>
      </w:r>
    </w:p>
    <w:p>
      <w:pPr>
        <w:pStyle w:val="BodyText"/>
        <w:ind w:firstLine="255"/>
      </w:pPr>
      <w:r>
        <w:t>Le schede seguenti traducono il tema del capitolo in piccoli modelli mentali. Non sono file già pronti, ma descrizioni operative che puoi trasformare in cartelle Excel reali. L’obiettivo è capire come la scelta della versione incide su attività concrete, non su funzioni isolate.</w:t>
      </w:r>
    </w:p>
    <w:p>
      <w:pPr>
        <w:pStyle w:val="Heading3"/>
        <w:keepNext/>
        <w:spacing w:before="200" w:after="120"/>
      </w:pPr>
      <w:r>
        <w:t>Scheda 1: File turni condiviso</w:t>
      </w:r>
    </w:p>
    <w:p>
      <w:pPr>
        <w:pStyle w:val="BodyText"/>
        <w:ind w:firstLine="255"/>
      </w:pPr>
      <w:r>
        <w:t>In un modello dedicato a file turni condiviso,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Quando il modello di file turni condiviso coinvolge più persone, la questione centrale diventa la governance del file: permessi, responsabilità, salvataggio, commenti e versioni. Excel 365 tende a essere più adatto a questa dinamica perché nasce dentro un ecosistema collaborativo, ma richiede regole chiare per evitare confusione.</w:t>
      </w:r>
    </w:p>
    <w:p>
      <w:pPr>
        <w:pStyle w:val="BodyText"/>
        <w:ind w:firstLine="255"/>
      </w:pPr>
      <w:r>
        <w:t>Excel 2024 può restare sensato se il file ha un proprietario unico e gli altri utenti ricevono solo esportazioni, PDF o copie controllate. La scelta dipende quindi non dal nome del modello, ma dal modo in cui il modello viene usato e distribuito.</w:t>
      </w:r>
    </w:p>
    <w:p>
      <w:pPr>
        <w:pStyle w:val="BodyText"/>
        <w:ind w:firstLine="255"/>
      </w:pPr>
      <w:r>
        <w:t>La domanda finale per questa scheda è semplice: il file di file turni condiviso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2: Registro attività commerciale in cloud</w:t>
      </w:r>
    </w:p>
    <w:p>
      <w:pPr>
        <w:pStyle w:val="BodyText"/>
        <w:ind w:firstLine="255"/>
      </w:pPr>
      <w:r>
        <w:t>In un modello dedicato a registro attività commerciale in cloud,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Quando il modello di registro attività commerciale in cloud coinvolge più persone, la questione centrale diventa la governance del file: permessi, responsabilità, salvataggio, commenti e versioni. Excel 365 tende a essere più adatto a questa dinamica perché nasce dentro un ecosistema collaborativo, ma richiede regole chiare per evitare confusione.</w:t>
      </w:r>
    </w:p>
    <w:p>
      <w:pPr>
        <w:pStyle w:val="BodyText"/>
        <w:ind w:firstLine="255"/>
      </w:pPr>
      <w:r>
        <w:t>Excel 2024 può restare sensato se il file ha un proprietario unico e gli altri utenti ricevono solo esportazioni, PDF o copie controllate. La scelta dipende quindi non dal nome del modello, ma dal modo in cui il modello viene usato e distribuito.</w:t>
      </w:r>
    </w:p>
    <w:p>
      <w:pPr>
        <w:pStyle w:val="BodyText"/>
        <w:ind w:firstLine="255"/>
      </w:pPr>
      <w:r>
        <w:t>La domanda finale per questa scheda è semplice: il file di registro attività commerciale in cloud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3: Cartella commentata da più reparti</w:t>
      </w:r>
    </w:p>
    <w:p>
      <w:pPr>
        <w:pStyle w:val="BodyText"/>
        <w:ind w:firstLine="255"/>
      </w:pPr>
      <w:r>
        <w:t>In un modello dedicato a cartella commentata da più reparti,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Quando il modello di cartella commentata da più reparti coinvolge più persone, la questione centrale diventa la governance del file: permessi, responsabilità, salvataggio, commenti e versioni. Excel 365 tende a essere più adatto a questa dinamica perché nasce dentro un ecosistema collaborativo, ma richiede regole chiare per evitare confusione.</w:t>
      </w:r>
    </w:p>
    <w:p>
      <w:pPr>
        <w:pStyle w:val="BodyText"/>
        <w:ind w:firstLine="255"/>
      </w:pPr>
      <w:r>
        <w:t>Excel 2024 può restare sensato se il file ha un proprietario unico e gli altri utenti ricevono solo esportazioni, PDF o copie controllate. La scelta dipende quindi non dal nome del modello, ma dal modo in cui il modello viene usato e distribuito.</w:t>
      </w:r>
    </w:p>
    <w:p>
      <w:pPr>
        <w:pStyle w:val="BodyText"/>
        <w:ind w:firstLine="255"/>
      </w:pPr>
      <w:r>
        <w:t>La domanda finale per questa scheda è semplice: il file di cartella commentata da più reparti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4: Controllo versioni di un preventivo</w:t>
      </w:r>
    </w:p>
    <w:p>
      <w:pPr>
        <w:pStyle w:val="BodyText"/>
        <w:ind w:firstLine="255"/>
      </w:pPr>
      <w:r>
        <w:t>In un modello dedicato a controllo versioni di un preventivo,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Quando il modello di controllo versioni di un preventivo coinvolge più persone, la questione centrale diventa la governance del file: permessi, responsabilità, salvataggio, commenti e versioni. Excel 365 tende a essere più adatto a questa dinamica perché nasce dentro un ecosistema collaborativo, ma richiede regole chiare per evitare confusione.</w:t>
      </w:r>
    </w:p>
    <w:p>
      <w:pPr>
        <w:pStyle w:val="BodyText"/>
        <w:ind w:firstLine="255"/>
      </w:pPr>
      <w:r>
        <w:t>Excel 2024 può restare sensato se il file ha un proprietario unico e gli altri utenti ricevono solo esportazioni, PDF o copie controllate. La scelta dipende quindi non dal nome del modello, ma dal modo in cui il modello viene usato e distribuito.</w:t>
      </w:r>
    </w:p>
    <w:p>
      <w:pPr>
        <w:pStyle w:val="BodyText"/>
        <w:ind w:firstLine="255"/>
      </w:pPr>
      <w:r>
        <w:t>La domanda finale per questa scheda è semplice: il file di controllo versioni di un preventivo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5: Archivio documenti collegato a onedrive</w:t>
      </w:r>
    </w:p>
    <w:p>
      <w:pPr>
        <w:pStyle w:val="BodyText"/>
        <w:ind w:firstLine="255"/>
      </w:pPr>
      <w:r>
        <w:t>In un modello dedicato a archivio documenti collegato a OneDrive,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Quando il modello di archivio documenti collegato a OneDrive coinvolge più persone, la questione centrale diventa la governance del file: permessi, responsabilità, salvataggio, commenti e versioni. Excel 365 tende a essere più adatto a questa dinamica perché nasce dentro un ecosistema collaborativo, ma richiede regole chiare per evitare confusione.</w:t>
      </w:r>
    </w:p>
    <w:p>
      <w:pPr>
        <w:pStyle w:val="BodyText"/>
        <w:ind w:firstLine="255"/>
      </w:pPr>
      <w:r>
        <w:t>Excel 2024 può restare sensato se il file ha un proprietario unico e gli altri utenti ricevono solo esportazioni, PDF o copie controllate. La scelta dipende quindi non dal nome del modello, ma dal modo in cui il modello viene usato e distribuito.</w:t>
      </w:r>
    </w:p>
    <w:p>
      <w:pPr>
        <w:pStyle w:val="BodyText"/>
        <w:ind w:firstLine="255"/>
      </w:pPr>
      <w:r>
        <w:t>La domanda finale per questa scheda è semplice: il file di archivio documenti collegato a OneDrive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2"/>
        <w:keepNext/>
        <w:spacing w:before="200" w:after="120"/>
      </w:pPr>
      <w:r>
        <w:t>Riepilogo del capitolo</w:t>
      </w:r>
    </w:p>
    <w:p>
      <w:pPr>
        <w:pStyle w:val="ListBullet"/>
      </w:pPr>
      <w:r>
        <w:t>Obiettivo del capitolo: Analizzare come il cloud e la collaborazione influenzino la scelta tra Excel 365 ed Excel 2024.</w:t>
      </w:r>
    </w:p>
    <w:p>
      <w:pPr>
        <w:pStyle w:val="ListBullet"/>
      </w:pPr>
      <w:r>
        <w:t>La scelta tra Excel 365 ed Excel 2024 deve partire dal processo di lavoro, non dal solo prezzo o dalla familiarità dell’interfaccia.</w:t>
      </w:r>
    </w:p>
    <w:p>
      <w:pPr>
        <w:pStyle w:val="ListBullet"/>
      </w:pPr>
      <w:r>
        <w:t>Le funzioni moderne hanno valore quando risolvono un problema reale: dati da pulire, formule da mantenere, file da condividere o report da aggiornare.</w:t>
      </w:r>
    </w:p>
    <w:p>
      <w:pPr>
        <w:pStyle w:val="ListBullet"/>
      </w:pPr>
      <w:r>
        <w:t>La compatibilità va verificata sui file concreti, soprattutto quando si usano formule nuove, automazioni, macro o strumenti cloud.</w:t>
      </w:r>
    </w:p>
    <w:p>
      <w:pPr>
        <w:pStyle w:val="Heading2"/>
        <w:keepNext/>
        <w:spacing w:before="200" w:after="120"/>
      </w:pPr>
      <w:r>
        <w:t>Collegamento con il capitolo successivo</w:t>
      </w:r>
    </w:p>
    <w:p>
      <w:pPr>
        <w:pStyle w:val="BodyText"/>
        <w:ind w:firstLine="255"/>
      </w:pPr>
      <w:r>
        <w:t>Cloud e collaborazione preparano il terreno alla domanda più attuale: quanto contano intelligenza artificiale, Copilot, Python e automazione nella scelta di Excel?</w:t>
      </w:r>
    </w:p>
    <w:p>
      <w:r>
        <w:br w:type="page"/>
      </w:r>
    </w:p>
    <w:p>
      <w:pPr>
        <w:pStyle w:val="Heading1"/>
        <w:keepNext/>
        <w:spacing w:before="240" w:after="120"/>
      </w:pPr>
      <w:r>
        <w:t>Capitolo 7</w:t>
        <w:br/>
        <w:t>Copilot, Python e automazione: cosa cambia con Excel 365</w:t>
      </w:r>
    </w:p>
    <w:p>
      <w:pPr>
        <w:pStyle w:val="BodyText"/>
        <w:ind w:firstLine="255"/>
      </w:pPr>
      <w:r>
        <w:t>L’intelligenza artificiale non rende automaticamente un foglio migliore. Un file disordinato resta disordinato anche se lo si apre con strumenti moderni. Però l’arrivo di Copilot e di Python in Excel indica una direzione chiara: Excel sta diventando un ambiente in cui l’utente può chiedere, esplorare, generare, analizzare e automatizzare con meno barriere tecniche.</w:t>
      </w:r>
    </w:p>
    <w:p>
      <w:pPr>
        <w:pStyle w:val="BodyText"/>
        <w:ind w:firstLine="255"/>
      </w:pPr>
      <w:r>
        <w:t>Questo capitolo non promette miracoli. Spiega cosa può cambiare per chi lavora davvero con dati, formule e report, e perché queste funzioni pesano soprattutto nel confronto tra Excel 365 ed Excel 2024.</w:t>
      </w:r>
    </w:p>
    <w:p>
      <w:pPr>
        <w:pStyle w:val="Heading2"/>
        <w:keepNext/>
        <w:spacing w:before="200" w:after="120"/>
      </w:pPr>
      <w:r>
        <w:t>Obiettivo del capitolo</w:t>
      </w:r>
    </w:p>
    <w:p>
      <w:pPr>
        <w:pStyle w:val="BodyText"/>
        <w:ind w:firstLine="255"/>
      </w:pPr>
      <w:r>
        <w:t>Spiegare le funzioni intelligenti e avanzate legate a Microsoft 365, chiarendo opportunità, limiti e scenari reali.</w:t>
      </w:r>
    </w:p>
    <w:p>
      <w:pPr>
        <w:pStyle w:val="Heading2"/>
        <w:keepNext/>
        <w:spacing w:before="200" w:after="120"/>
      </w:pPr>
      <w:r>
        <w:t>Copilot in Excel: assistenza dentro il foglio</w:t>
      </w:r>
    </w:p>
    <w:p>
      <w:pPr>
        <w:pStyle w:val="BodyText"/>
        <w:ind w:firstLine="255"/>
      </w:pPr>
      <w:r>
        <w:t>Copilot in Excel può aiutare a modificare cartelle, generare formule, creare grafici e tabelle pivot, evidenziare, ordinare, filtrare e individuare insight. Il punto chiave è che lavora usando strumenti di Excel: formule, tabelle, grafici, formattazioni e oggetti modificabili.</w:t>
      </w:r>
    </w:p>
    <w:p>
      <w:pPr>
        <w:pStyle w:val="BodyText"/>
        <w:ind w:firstLine="255"/>
      </w:pPr>
      <w:r>
        <w:t>Questo lo rende diverso da un consiglio generico esterno. L’utente può chiedere un riepilogo, una formula o una visualizzazione e poi controllare, modificare e correggere il risultato.</w:t>
      </w:r>
    </w:p>
    <w:p>
      <w:pPr>
        <w:pStyle w:val="BodyText"/>
        <w:ind w:firstLine="255"/>
      </w:pPr>
      <w:r>
        <w:t>Nella scelta finale, questo tema va letto attraverso il criterio del tempo risparmiato.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Perché Copilot richiede metodo</w:t>
      </w:r>
    </w:p>
    <w:p>
      <w:pPr>
        <w:pStyle w:val="BodyText"/>
        <w:ind w:firstLine="255"/>
      </w:pPr>
      <w:r>
        <w:t>Copilot non sostituisce la comprensione dei dati. Se la tabella è senza intestazioni, contiene celle unite, valori ambigui o colonne miste, anche l’assistente più avanzato faticherà a produrre risultati affidabili.</w:t>
      </w:r>
    </w:p>
    <w:p>
      <w:pPr>
        <w:pStyle w:val="BodyText"/>
        <w:ind w:firstLine="255"/>
      </w:pPr>
      <w:r>
        <w:t>Il modo migliore di usare Copilot è preparare il dato: tabelle pulite, campi coerenti, obiettivi chiari e richieste specifiche. L’IA accelera un processo ben progettato; non ripara automaticamente un processo assente.</w:t>
      </w:r>
    </w:p>
    <w:p>
      <w:pPr>
        <w:pStyle w:val="BodyText"/>
        <w:ind w:firstLine="255"/>
      </w:pPr>
      <w:r>
        <w:t>In pratica, questo tema va letto attraverso il criterio del riduzione degli errori.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Python in Excel</w:t>
      </w:r>
    </w:p>
    <w:p>
      <w:pPr>
        <w:pStyle w:val="BodyText"/>
        <w:ind w:firstLine="255"/>
      </w:pPr>
      <w:r>
        <w:t>Python in Excel permette, per gli utenti e le licenze idonee, di scrivere formule Python direttamente nella griglia, creare visualizzazioni avanzate e svolgere analisi complesse usando librerie dell’ecosistema Python.</w:t>
      </w:r>
    </w:p>
    <w:p>
      <w:pPr>
        <w:pStyle w:val="BodyText"/>
        <w:ind w:firstLine="255"/>
      </w:pPr>
      <w:r>
        <w:t>È una funzione particolarmente interessante per analisti, data specialist, finance, controllo di gestione e formazione avanzata. Non è una necessità per tutti, ma per alcuni scenari cambia il valore dell’intera piattaforma.</w:t>
      </w:r>
    </w:p>
    <w:p>
      <w:pPr>
        <w:pStyle w:val="BodyText"/>
        <w:ind w:firstLine="255"/>
      </w:pPr>
      <w:r>
        <w:t>Nel lavoro quotidiano, questo tema va letto attraverso il criterio del facilità di collaborazione.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Automazione: formule, Office Scripts, macro e flussi</w:t>
      </w:r>
    </w:p>
    <w:p>
      <w:pPr>
        <w:pStyle w:val="BodyText"/>
        <w:ind w:firstLine="255"/>
      </w:pPr>
      <w:r>
        <w:t>Automatizzare non significa solo scrivere codice. Significa ridurre operazioni ripetitive: importare dati, pulire righe, aggiornare report, generare riepiloghi, controllare anomalie. Excel offre diversi livelli: formule moderne, Power Query, macro VBA, Office Scripts e integrazioni con Power Automate.</w:t>
      </w:r>
    </w:p>
    <w:p>
      <w:pPr>
        <w:pStyle w:val="BodyText"/>
        <w:ind w:firstLine="255"/>
      </w:pPr>
      <w:r>
        <w:t>Excel 365 tende a essere più adatto alle automazioni cloud e ai flussi integrati. Excel 2024 resta valido per macro locali e modelli stabili, ma non rappresenta lo stesso ambiente evolutivo.</w:t>
      </w:r>
    </w:p>
    <w:p>
      <w:pPr>
        <w:pStyle w:val="BodyText"/>
        <w:ind w:firstLine="255"/>
      </w:pPr>
      <w:r>
        <w:t>Dal punto di vista operativo, questo tema va letto attraverso il criterio del controllo dei file.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Limiti e responsabilità</w:t>
      </w:r>
    </w:p>
    <w:p>
      <w:pPr>
        <w:pStyle w:val="BodyText"/>
        <w:ind w:firstLine="255"/>
      </w:pPr>
      <w:r>
        <w:t>Le funzioni intelligenti richiedono verifica. Una formula generata va letta, un grafico va interpretato, un insight va validato con il contesto. L’errore più pericoloso è fidarsi perché il risultato appare professionale.</w:t>
      </w:r>
    </w:p>
    <w:p>
      <w:pPr>
        <w:pStyle w:val="BodyText"/>
        <w:ind w:firstLine="255"/>
      </w:pPr>
      <w:r>
        <w:t>Il valore di Excel 365 non è delegare il pensiero, ma aumentare la velocità con cui l’utente competente costruisce, controlla e migliora il lavoro.</w:t>
      </w:r>
    </w:p>
    <w:p>
      <w:pPr>
        <w:pStyle w:val="BodyText"/>
        <w:ind w:firstLine="255"/>
      </w:pPr>
      <w:r>
        <w:t>Per un utente non tecnico, questo tema va letto attraverso il criterio del prevedibilità degli aggiornamenti.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Approfondimento editoriale</w:t>
      </w:r>
    </w:p>
    <w:p>
      <w:pPr>
        <w:pStyle w:val="Heading3"/>
        <w:keepNext/>
        <w:spacing w:before="200" w:after="120"/>
      </w:pPr>
      <w:r>
        <w:t>IA come acceleratore, non come garanzia</w:t>
      </w:r>
    </w:p>
    <w:p>
      <w:pPr>
        <w:pStyle w:val="BodyText"/>
        <w:ind w:firstLine="255"/>
      </w:pPr>
      <w:r>
        <w:t>Copilot può rendere più veloce la costruzione di formule, riepiloghi e visualizzazioni. Ma la velocità non equivale a correttezza. Ogni risultato deve essere controllato, soprattutto quando incide su decisioni economiche o dati sensibili.</w:t>
      </w:r>
    </w:p>
    <w:p>
      <w:pPr>
        <w:pStyle w:val="BodyText"/>
        <w:ind w:firstLine="255"/>
      </w:pPr>
      <w:r>
        <w:t>La vera competenza non è premere un pulsante, ma formulare richieste chiare, leggere criticamente l’output e correggere dove necessario.</w:t>
      </w:r>
    </w:p>
    <w:p>
      <w:pPr>
        <w:pStyle w:val="Heading3"/>
        <w:keepNext/>
        <w:spacing w:before="200" w:after="120"/>
      </w:pPr>
      <w:r>
        <w:t>Python per chi ha domande più complesse</w:t>
      </w:r>
    </w:p>
    <w:p>
      <w:pPr>
        <w:pStyle w:val="BodyText"/>
        <w:ind w:firstLine="255"/>
      </w:pPr>
      <w:r>
        <w:t>Python in Excel diventa interessante quando le domande superano il calcolo classico: visualizzazioni statistiche, analisi più articolate, trasformazioni dati avanzate, modelli che richiedono librerie esterne. Non serve a tutti, ma per alcuni utenti è un salto qualitativo.</w:t>
      </w:r>
    </w:p>
    <w:p>
      <w:pPr>
        <w:pStyle w:val="BodyText"/>
        <w:ind w:firstLine="255"/>
      </w:pPr>
      <w:r>
        <w:t>In una scelta di licenza, questo aspetto conta solo se esiste un bisogno reale o un percorso di crescita. Comprare una possibilità che non verrà mai usata non genera valore.</w:t>
      </w:r>
    </w:p>
    <w:p>
      <w:pPr>
        <w:pStyle w:val="Heading3"/>
        <w:keepNext/>
        <w:spacing w:before="200" w:after="120"/>
      </w:pPr>
      <w:r>
        <w:t>Automazione graduale</w:t>
      </w:r>
    </w:p>
    <w:p>
      <w:pPr>
        <w:pStyle w:val="BodyText"/>
        <w:ind w:firstLine="255"/>
      </w:pPr>
      <w:r>
        <w:t>L’automazione dovrebbe partire dalle attività ripetitive più semplici. Prima si struttura una tabella, poi si puliscono dati con Power Query, poi si introducono formule dinamiche, poi eventualmente macro, script o flussi cloud.</w:t>
      </w:r>
    </w:p>
    <w:p>
      <w:pPr>
        <w:pStyle w:val="BodyText"/>
        <w:ind w:firstLine="255"/>
      </w:pPr>
      <w:r>
        <w:t>Saltare subito alla soluzione più avanzata può creare dipendenza da strumenti non compresi. Un’automazione solida cresce per livelli e resta documentata.</w:t>
      </w:r>
    </w:p>
    <w:p>
      <w:pPr>
        <w:pStyle w:val="Heading2"/>
        <w:keepNext/>
        <w:spacing w:before="200" w:after="120"/>
      </w:pPr>
      <w:r>
        <w:t>Errori ricorrenti da evitare</w:t>
      </w:r>
    </w:p>
    <w:p>
      <w:pPr>
        <w:pStyle w:val="ListBullet"/>
      </w:pPr>
      <w:r>
        <w:t>Scegliere la versione solo perché è quella già conosciuta, senza verificare se i processi sono cambiati.</w:t>
      </w:r>
    </w:p>
    <w:p>
      <w:pPr>
        <w:pStyle w:val="ListBullet"/>
      </w:pPr>
      <w:r>
        <w:t>Valutare solo il prezzo iniziale e ignorare tempo perso, collaborazione, aggiornamenti e compatibilità.</w:t>
      </w:r>
    </w:p>
    <w:p>
      <w:pPr>
        <w:pStyle w:val="ListBullet"/>
      </w:pPr>
      <w:r>
        <w:t>Creare file con funzioni moderne senza indicare la versione minima necessaria per aprirli correttamente.</w:t>
      </w:r>
    </w:p>
    <w:p>
      <w:pPr>
        <w:pStyle w:val="ListBullet"/>
      </w:pPr>
      <w:r>
        <w:t>Confondere cloud con disordine: salvare online non basta se permessi, nomi file e responsabilità non sono chiari.</w:t>
      </w:r>
    </w:p>
    <w:p>
      <w:pPr>
        <w:pStyle w:val="ListBullet"/>
      </w:pPr>
      <w:r>
        <w:t>Considerare Copilot o Python come scorciatoie automatiche invece che strumenti da usare con verifica e competenza.</w:t>
      </w:r>
    </w:p>
    <w:p>
      <w:pPr>
        <w:pStyle w:val="BodyText"/>
        <w:ind w:firstLine="255"/>
      </w:pPr>
      <w:r>
        <w:t>Evitare questi errori non richiede competenze specialistiche. Richiede soprattutto un cambio di prospettiva: Excel non è solo il programma che apre una tabella, ma l’ambiente in cui molte decisioni vengono preparate. Più la decisione è importante, più la scelta della versione deve essere consapevole.</w:t>
      </w:r>
    </w:p>
    <w:p>
      <w:pPr>
        <w:pStyle w:val="Heading3"/>
        <w:keepNext/>
        <w:spacing w:before="200" w:after="120"/>
      </w:pPr>
      <w:r>
        <w:t>Esempio pratico</w:t>
      </w:r>
    </w:p>
    <w:p>
      <w:pPr>
        <w:pStyle w:val="Quote"/>
      </w:pPr>
      <w:r>
        <w:t>Un responsabile amministrativo può chiedere a Copilot di evidenziare scostamenti anomali in una tabella di spese. Un analista può usare Python in Excel per una visualizzazione statistica. Un utente base può farsi suggerire una formula. In ogni caso, la qualità del risultato dipende dalla qualità del dato e dalla verifica umana.</w:t>
      </w:r>
    </w:p>
    <w:p>
      <w:pPr>
        <w:pStyle w:val="BodyText"/>
        <w:ind w:firstLine="255"/>
      </w:pPr>
      <w:r>
        <w:t>L’esempio non serve a imporre una risposta unica, ma a mostrare il metodo: partire dal lavoro reale, individuare il punto debole e verificare quale versione riduce meglio quel problema. Quando si ragiona così, la scelta diventa più semplice e meno influenzata da slogan commerciali o abitudini personali.</w:t>
      </w:r>
    </w:p>
    <w:p>
      <w:pPr>
        <w:pStyle w:val="Heading2"/>
        <w:keepNext/>
        <w:spacing w:before="200" w:after="120"/>
      </w:pPr>
      <w:r>
        <w:t>Laboratorio pratico del capitolo</w:t>
      </w:r>
    </w:p>
    <w:p>
      <w:pPr>
        <w:pStyle w:val="BodyText"/>
        <w:ind w:firstLine="255"/>
      </w:pPr>
      <w:r>
        <w:t>Per trasformare la lettura in una decisione utile, esegui questo piccolo esercizio prima di proseguire. Non richiede competenze tecniche avanzate: richiede soltanto di osservare come usi davvero Excel.</w:t>
      </w:r>
    </w:p>
    <w:p>
      <w:pPr>
        <w:pStyle w:val="ListNumber"/>
      </w:pPr>
      <w:r>
        <w:t>Segna chi usa il file: solo tu, un collega, un cliente, un fornitore o un gruppo di lavoro. La risposta cambia il peso della collaborazione.</w:t>
      </w:r>
    </w:p>
    <w:p>
      <w:pPr>
        <w:pStyle w:val="ListNumber"/>
      </w:pPr>
      <w:r>
        <w:t>Valuta il rischio: cosa succede se il file contiene un errore? Nulla di grave, perdita di tempo, decisione sbagliata, problema economico o problema di conformità?</w:t>
      </w:r>
    </w:p>
    <w:p>
      <w:pPr>
        <w:pStyle w:val="ListNumber"/>
      </w:pPr>
      <w:r>
        <w:t>Annota se una funzione moderna, il cloud, Copilot, Python o una licenza perpetua risolverebbero un problema reale oppure sarebbero solo un’aggiunta interessante.</w:t>
      </w:r>
    </w:p>
    <w:p>
      <w:pPr>
        <w:pStyle w:val="ListNumber"/>
      </w:pPr>
      <w:r>
        <w:t>Scegli un file Excel che usi spesso e scrivi in una frase a cosa serve. Se non riesci a descriverlo con chiarezza, probabilmente il file contiene più processi mescolati.</w:t>
      </w:r>
    </w:p>
    <w:p>
      <w:pPr>
        <w:pStyle w:val="Heading2"/>
        <w:keepNext/>
        <w:spacing w:before="200" w:after="120"/>
      </w:pPr>
      <w:r>
        <w:t>Schede applicative</w:t>
      </w:r>
    </w:p>
    <w:p>
      <w:pPr>
        <w:pStyle w:val="BodyText"/>
        <w:ind w:firstLine="255"/>
      </w:pPr>
      <w:r>
        <w:t>Le schede seguenti traducono il tema del capitolo in piccoli modelli mentali. Non sono file già pronti, ma descrizioni operative che puoi trasformare in cartelle Excel reali. L’obiettivo è capire come la scelta della versione incide su attività concrete, non su funzioni isolate.</w:t>
      </w:r>
    </w:p>
    <w:p>
      <w:pPr>
        <w:pStyle w:val="Heading3"/>
        <w:keepNext/>
        <w:spacing w:before="200" w:after="120"/>
      </w:pPr>
      <w:r>
        <w:t>Scheda 1: Prompt per generare formule</w:t>
      </w:r>
    </w:p>
    <w:p>
      <w:pPr>
        <w:pStyle w:val="BodyText"/>
        <w:ind w:firstLine="255"/>
      </w:pPr>
      <w:r>
        <w:t>In un modello dedicato a prompt per generare formule,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prompt per generare formule,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prompt per generare formule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2: Analisi anomalie con copilot</w:t>
      </w:r>
    </w:p>
    <w:p>
      <w:pPr>
        <w:pStyle w:val="BodyText"/>
        <w:ind w:firstLine="255"/>
      </w:pPr>
      <w:r>
        <w:t>In un modello dedicato a analisi anomalie con Copilot,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analisi anomalie con Copilot,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analisi anomalie con Copilot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3: Visualizzazione python in excel</w:t>
      </w:r>
    </w:p>
    <w:p>
      <w:pPr>
        <w:pStyle w:val="BodyText"/>
        <w:ind w:firstLine="255"/>
      </w:pPr>
      <w:r>
        <w:t>In un modello dedicato a visualizzazione Python in Excel,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visualizzazione Python in Excel,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visualizzazione Python in Excel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4: Automazione di un report ricorrente</w:t>
      </w:r>
    </w:p>
    <w:p>
      <w:pPr>
        <w:pStyle w:val="BodyText"/>
        <w:ind w:firstLine="255"/>
      </w:pPr>
      <w:r>
        <w:t>In un modello dedicato a automazione di un report ricorrente,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automazione di un report ricorrente,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automazione di un report ricorrente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5: Registro controlli sugli output ia</w:t>
      </w:r>
    </w:p>
    <w:p>
      <w:pPr>
        <w:pStyle w:val="BodyText"/>
        <w:ind w:firstLine="255"/>
      </w:pPr>
      <w:r>
        <w:t>In un modello dedicato a registro controlli sugli output IA,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In questo scenario il valore delle funzioni moderne è particolarmente evidente. Se il file richiede pulizia dati, formule dinamiche, riepiloghi aggiornabili, analisi o automazioni, Excel 365 offre il percorso più evolutivo. Excel 2024 può comunque essere molto valido, soprattutto se le funzioni necessarie sono già incluse e il flusso non richiede aggiornamenti continui.</w:t>
      </w:r>
    </w:p>
    <w:p>
      <w:pPr>
        <w:pStyle w:val="BodyText"/>
        <w:ind w:firstLine="255"/>
      </w:pPr>
      <w:r>
        <w:t>Il rischio è costruire un modello troppo avanzato per il pubblico che dovrà usarlo. Prima di distribuire una cartella basata su registro controlli sugli output IA, bisogna verificare la versione degli utenti finali, documentare le formule più importanti e preparare una procedura alternativa nel caso alcuni strumenti non siano disponibili.</w:t>
      </w:r>
    </w:p>
    <w:p>
      <w:pPr>
        <w:pStyle w:val="BodyText"/>
        <w:ind w:firstLine="255"/>
      </w:pPr>
      <w:r>
        <w:t>La domanda finale per questa scheda è semplice: il file di registro controlli sugli output IA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2"/>
        <w:keepNext/>
        <w:spacing w:before="200" w:after="120"/>
      </w:pPr>
      <w:r>
        <w:t>Riepilogo del capitolo</w:t>
      </w:r>
    </w:p>
    <w:p>
      <w:pPr>
        <w:pStyle w:val="ListBullet"/>
      </w:pPr>
      <w:r>
        <w:t>Obiettivo del capitolo: Spiegare le funzioni intelligenti e avanzate legate a Microsoft 365, chiarendo opportunità, limiti e scenari reali.</w:t>
      </w:r>
    </w:p>
    <w:p>
      <w:pPr>
        <w:pStyle w:val="ListBullet"/>
      </w:pPr>
      <w:r>
        <w:t>La scelta tra Excel 365 ed Excel 2024 deve partire dal processo di lavoro, non dal solo prezzo o dalla familiarità dell’interfaccia.</w:t>
      </w:r>
    </w:p>
    <w:p>
      <w:pPr>
        <w:pStyle w:val="ListBullet"/>
      </w:pPr>
      <w:r>
        <w:t>Le funzioni moderne hanno valore quando risolvono un problema reale: dati da pulire, formule da mantenere, file da condividere o report da aggiornare.</w:t>
      </w:r>
    </w:p>
    <w:p>
      <w:pPr>
        <w:pStyle w:val="ListBullet"/>
      </w:pPr>
      <w:r>
        <w:t>La compatibilità va verificata sui file concreti, soprattutto quando si usano formule nuove, automazioni, macro o strumenti cloud.</w:t>
      </w:r>
    </w:p>
    <w:p>
      <w:pPr>
        <w:pStyle w:val="Heading2"/>
        <w:keepNext/>
        <w:spacing w:before="200" w:after="120"/>
      </w:pPr>
      <w:r>
        <w:t>Collegamento con il capitolo successivo</w:t>
      </w:r>
    </w:p>
    <w:p>
      <w:pPr>
        <w:pStyle w:val="BodyText"/>
        <w:ind w:firstLine="255"/>
      </w:pPr>
      <w:r>
        <w:t>Le funzioni più avanzate aprono possibilità, ma aumentano anche l’importanza di sicurezza, aggiornamenti e governo dei file. Il prossimo capitolo affronta questi aspetti.</w:t>
      </w:r>
    </w:p>
    <w:p>
      <w:r>
        <w:br w:type="page"/>
      </w:r>
    </w:p>
    <w:p>
      <w:pPr>
        <w:pStyle w:val="Heading1"/>
        <w:keepNext/>
        <w:spacing w:before="240" w:after="120"/>
      </w:pPr>
      <w:r>
        <w:t>Capitolo 8</w:t>
        <w:br/>
        <w:t>Sicurezza, aggiornamenti e continuità operativa</w:t>
      </w:r>
    </w:p>
    <w:p>
      <w:pPr>
        <w:pStyle w:val="BodyText"/>
        <w:ind w:firstLine="255"/>
      </w:pPr>
      <w:r>
        <w:t>La sicurezza di Excel non riguarda solo virus e password. Riguarda file ricevuti da terzi, add-in, macro, collegamenti esterni, dati sensibili, permessi cloud, sistemi operativi supportati e aggiornamenti. In molte organizzazioni una cartella Excel contiene informazioni più delicate di quanto si ammetta.</w:t>
      </w:r>
    </w:p>
    <w:p>
      <w:pPr>
        <w:pStyle w:val="BodyText"/>
        <w:ind w:firstLine="255"/>
      </w:pPr>
      <w:r>
        <w:t>La scelta tra Excel 365 ed Excel 2024 deve quindi considerare anche il modo in cui il software viene aggiornato, per quanto tempo è supportato e quanto è facile controllare cambiamenti e rischi.</w:t>
      </w:r>
    </w:p>
    <w:p>
      <w:pPr>
        <w:pStyle w:val="Heading2"/>
        <w:keepNext/>
        <w:spacing w:before="200" w:after="120"/>
      </w:pPr>
      <w:r>
        <w:t>Obiettivo del capitolo</w:t>
      </w:r>
    </w:p>
    <w:p>
      <w:pPr>
        <w:pStyle w:val="BodyText"/>
        <w:ind w:firstLine="255"/>
      </w:pPr>
      <w:r>
        <w:t>Aiutare il lettore a valutare aggiornamenti, supporto, sicurezza e stabilità come criteri decisionali.</w:t>
      </w:r>
    </w:p>
    <w:p>
      <w:pPr>
        <w:pStyle w:val="Heading2"/>
        <w:keepNext/>
        <w:spacing w:before="200" w:after="120"/>
      </w:pPr>
      <w:r>
        <w:t>Aggiornamenti continui e canali Microsoft 365</w:t>
      </w:r>
    </w:p>
    <w:p>
      <w:pPr>
        <w:pStyle w:val="BodyText"/>
        <w:ind w:firstLine="255"/>
      </w:pPr>
      <w:r>
        <w:t>Microsoft 365 Apps usa canali di aggiornamento diversi, come Current Channel, Monthly Enterprise Channel e Semi-Annual Enterprise Channel. Ogni canale bilancia in modo differente nuove funzioni, prevedibilità e tempi di test.</w:t>
      </w:r>
    </w:p>
    <w:p>
      <w:pPr>
        <w:pStyle w:val="BodyText"/>
        <w:ind w:firstLine="255"/>
      </w:pPr>
      <w:r>
        <w:t>Per un utente singolo questo può sembrare secondario. Per un’azienda è decisivo: il reparto IT può volere novità rapide per alcuni utenti e maggiore stabilità per reparti con file critici.</w:t>
      </w:r>
    </w:p>
    <w:p>
      <w:pPr>
        <w:pStyle w:val="BodyText"/>
        <w:ind w:firstLine="255"/>
      </w:pPr>
      <w:r>
        <w:t>Nel lavoro quotidiano, questo tema va letto attraverso il criterio del riduzione degli errori.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Excel 2024 e stabilità nel tempo</w:t>
      </w:r>
    </w:p>
    <w:p>
      <w:pPr>
        <w:pStyle w:val="BodyText"/>
        <w:ind w:firstLine="255"/>
      </w:pPr>
      <w:r>
        <w:t>Excel 2024 è più “fermo” per natura. Questo può essere un vantaggio quando un ambiente deve restare prevedibile, con minori cambiamenti funzionali e processi già approvati.</w:t>
      </w:r>
    </w:p>
    <w:p>
      <w:pPr>
        <w:pStyle w:val="BodyText"/>
        <w:ind w:firstLine="255"/>
      </w:pPr>
      <w:r>
        <w:t>La stabilità però non va confusa con assenza di manutenzione. Anche le versioni perpetue devono ricevere aggiornamenti di sicurezza e devono essere usate su sistemi operativi supportati.</w:t>
      </w:r>
    </w:p>
    <w:p>
      <w:pPr>
        <w:pStyle w:val="BodyText"/>
        <w:ind w:firstLine="255"/>
      </w:pPr>
      <w:r>
        <w:t>Dal punto di vista operativo, questo tema va letto attraverso il criterio del facilità di collaborazione.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Supporto e ciclo di vita</w:t>
      </w:r>
    </w:p>
    <w:p>
      <w:pPr>
        <w:pStyle w:val="BodyText"/>
        <w:ind w:firstLine="255"/>
      </w:pPr>
      <w:r>
        <w:t>La documentazione Microsoft indica per Office 2024 un ciclo con data di ritiro/supporto al 9 ottobre 2029, e per Office LTSC 2024 supporto mainstream fino alla stessa data. Questo orizzonte temporale aiuta a pianificare acquisti e migrazioni.</w:t>
      </w:r>
    </w:p>
    <w:p>
      <w:pPr>
        <w:pStyle w:val="BodyText"/>
        <w:ind w:firstLine="255"/>
      </w:pPr>
      <w:r>
        <w:t>Chi compra una licenza perpetua dovrebbe chiedersi: il periodo di supporto copre il ciclo di utilizzo previsto? Il sistema operativo sarà ancora supportato? I file resteranno compatibili con clienti e fornitori?</w:t>
      </w:r>
    </w:p>
    <w:p>
      <w:pPr>
        <w:pStyle w:val="BodyText"/>
        <w:ind w:firstLine="255"/>
      </w:pPr>
      <w:r>
        <w:t>Per un utente non tecnico, questo tema va letto attraverso il criterio del controllo dei file.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Add-in, macro e file ricevuti da Internet</w:t>
      </w:r>
    </w:p>
    <w:p>
      <w:pPr>
        <w:pStyle w:val="BodyText"/>
        <w:ind w:firstLine="255"/>
      </w:pPr>
      <w:r>
        <w:t>Excel 2024 introduce il blocco predefinito degli add-in XLL provenienti da Internet, una misura pensata per ridurre rischi legati a componenti potenzialmente malevoli. È un segnale importante: la sicurezza non è esterna a Excel, ma parte del suo uso quotidiano.</w:t>
      </w:r>
    </w:p>
    <w:p>
      <w:pPr>
        <w:pStyle w:val="BodyText"/>
        <w:ind w:firstLine="255"/>
      </w:pPr>
      <w:r>
        <w:t>Macro, add-in e collegamenti devono essere trattati come componenti software. Prima di abilitarli bisogna conoscerne origine, scopo e impatto.</w:t>
      </w:r>
    </w:p>
    <w:p>
      <w:pPr>
        <w:pStyle w:val="BodyText"/>
        <w:ind w:firstLine="255"/>
      </w:pPr>
      <w:r>
        <w:t>Per chi gestisce file importanti, questo tema va letto attraverso il criterio del prevedibilità degli aggiornamenti.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Continuità operativa</w:t>
      </w:r>
    </w:p>
    <w:p>
      <w:pPr>
        <w:pStyle w:val="BodyText"/>
        <w:ind w:firstLine="255"/>
      </w:pPr>
      <w:r>
        <w:t>La versione migliore è quella che consente al lavoro di continuare in modo affidabile. Aggiornamenti troppo rapidi senza test possono creare problemi; software troppo vecchio può esporre a incompatibilità e rischi.</w:t>
      </w:r>
    </w:p>
    <w:p>
      <w:pPr>
        <w:pStyle w:val="BodyText"/>
        <w:ind w:firstLine="255"/>
      </w:pPr>
      <w:r>
        <w:t>La continuità operativa nasce da procedure: backup, versionamento, controllo permessi, aggiornamenti pianificati, test dei file critici e documentazione delle cartelle più importanti.</w:t>
      </w:r>
    </w:p>
    <w:p>
      <w:pPr>
        <w:pStyle w:val="BodyText"/>
        <w:ind w:firstLine="255"/>
      </w:pPr>
      <w:r>
        <w:t>La conseguenza più concreta è che questo tema va letto attraverso il criterio del sicurezza dei dati.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Approfondimento editoriale</w:t>
      </w:r>
    </w:p>
    <w:p>
      <w:pPr>
        <w:pStyle w:val="Heading3"/>
        <w:keepNext/>
        <w:spacing w:before="200" w:after="120"/>
      </w:pPr>
      <w:r>
        <w:t>Sicurezza come abitudine</w:t>
      </w:r>
    </w:p>
    <w:p>
      <w:pPr>
        <w:pStyle w:val="BodyText"/>
        <w:ind w:firstLine="255"/>
      </w:pPr>
      <w:r>
        <w:t>La sicurezza non è un’impostazione da attivare una volta. È un’abitudine: aggiornare, fare backup, controllare file ricevuti, limitare macro, usare permessi corretti e non condividere link senza criterio.</w:t>
      </w:r>
    </w:p>
    <w:p>
      <w:pPr>
        <w:pStyle w:val="BodyText"/>
        <w:ind w:firstLine="255"/>
      </w:pPr>
      <w:r>
        <w:t>Excel è spesso sottovalutato perché sembra familiare. Proprio per questo può diventare il punto debole: gli utenti aprono file, abilitano contenuti e modificano dati con troppa fiducia.</w:t>
      </w:r>
    </w:p>
    <w:p>
      <w:pPr>
        <w:pStyle w:val="Heading3"/>
        <w:keepNext/>
        <w:spacing w:before="200" w:after="120"/>
      </w:pPr>
      <w:r>
        <w:t>Stabilità e cambiamento</w:t>
      </w:r>
    </w:p>
    <w:p>
      <w:pPr>
        <w:pStyle w:val="BodyText"/>
        <w:ind w:firstLine="255"/>
      </w:pPr>
      <w:r>
        <w:t>Il software troppo fermo può diventare vecchio; il software troppo mutevole può creare difficoltà se non viene governato. La scelta migliore dipende dalla tolleranza al cambiamento e dalla criticità dei file.</w:t>
      </w:r>
    </w:p>
    <w:p>
      <w:pPr>
        <w:pStyle w:val="BodyText"/>
        <w:ind w:firstLine="255"/>
      </w:pPr>
      <w:r>
        <w:t>Microsoft 365 offre canali di aggiornamento per modulare questo equilibrio. Excel 2024 offre invece un ambiente più definito nel tempo. Entrambe le strade richiedono controllo.</w:t>
      </w:r>
    </w:p>
    <w:p>
      <w:pPr>
        <w:pStyle w:val="Heading3"/>
        <w:keepNext/>
        <w:spacing w:before="200" w:after="120"/>
      </w:pPr>
      <w:r>
        <w:t>Documentare i file importanti</w:t>
      </w:r>
    </w:p>
    <w:p>
      <w:pPr>
        <w:pStyle w:val="BodyText"/>
        <w:ind w:firstLine="255"/>
      </w:pPr>
      <w:r>
        <w:t>Un file critico dovrebbe avere una piccola documentazione: scopo, origine dati, principali formule, modalità di aggiornamento, responsabile e frequenza di backup. Questa pratica vale indipendentemente dalla versione.</w:t>
      </w:r>
    </w:p>
    <w:p>
      <w:pPr>
        <w:pStyle w:val="BodyText"/>
        <w:ind w:firstLine="255"/>
      </w:pPr>
      <w:r>
        <w:t>La documentazione riduce la dipendenza da una sola persona. Se chi ha creato il file non è disponibile, il lavoro deve continuare.</w:t>
      </w:r>
    </w:p>
    <w:p>
      <w:pPr>
        <w:pStyle w:val="Heading2"/>
        <w:keepNext/>
        <w:spacing w:before="200" w:after="120"/>
      </w:pPr>
      <w:r>
        <w:t>Errori ricorrenti da evitare</w:t>
      </w:r>
    </w:p>
    <w:p>
      <w:pPr>
        <w:pStyle w:val="ListBullet"/>
      </w:pPr>
      <w:r>
        <w:t>Valutare solo il prezzo iniziale e ignorare tempo perso, collaborazione, aggiornamenti e compatibilità.</w:t>
      </w:r>
    </w:p>
    <w:p>
      <w:pPr>
        <w:pStyle w:val="ListBullet"/>
      </w:pPr>
      <w:r>
        <w:t>Creare file con funzioni moderne senza indicare la versione minima necessaria per aprirli correttamente.</w:t>
      </w:r>
    </w:p>
    <w:p>
      <w:pPr>
        <w:pStyle w:val="ListBullet"/>
      </w:pPr>
      <w:r>
        <w:t>Confondere cloud con disordine: salvare online non basta se permessi, nomi file e responsabilità non sono chiari.</w:t>
      </w:r>
    </w:p>
    <w:p>
      <w:pPr>
        <w:pStyle w:val="ListBullet"/>
      </w:pPr>
      <w:r>
        <w:t>Considerare Copilot o Python come scorciatoie automatiche invece che strumenti da usare con verifica e competenza.</w:t>
      </w:r>
    </w:p>
    <w:p>
      <w:pPr>
        <w:pStyle w:val="ListBullet"/>
      </w:pPr>
      <w:r>
        <w:t>Scegliere la versione solo perché è quella già conosciuta, senza verificare se i processi sono cambiati.</w:t>
      </w:r>
    </w:p>
    <w:p>
      <w:pPr>
        <w:pStyle w:val="BodyText"/>
        <w:ind w:firstLine="255"/>
      </w:pPr>
      <w:r>
        <w:t>Evitare questi errori non richiede competenze specialistiche. Richiede soprattutto un cambio di prospettiva: Excel non è solo il programma che apre una tabella, ma l’ambiente in cui molte decisioni vengono preparate. Più la decisione è importante, più la scelta della versione deve essere consapevole.</w:t>
      </w:r>
    </w:p>
    <w:p>
      <w:pPr>
        <w:pStyle w:val="Heading3"/>
        <w:keepNext/>
        <w:spacing w:before="200" w:after="120"/>
      </w:pPr>
      <w:r>
        <w:t>Esempio pratico</w:t>
      </w:r>
    </w:p>
    <w:p>
      <w:pPr>
        <w:pStyle w:val="Quote"/>
      </w:pPr>
      <w:r>
        <w:t>Un’azienda con modelli Excel usati per preventivi ufficiali dovrebbe testare ogni aggiornamento importante e documentare le formule critiche. Un utente domestico può limitarsi a mantenere software e sistema aggiornati, evitare file sospetti e usare backup regolari.</w:t>
      </w:r>
    </w:p>
    <w:p>
      <w:pPr>
        <w:pStyle w:val="BodyText"/>
        <w:ind w:firstLine="255"/>
      </w:pPr>
      <w:r>
        <w:t>L’esempio non serve a imporre una risposta unica, ma a mostrare il metodo: partire dal lavoro reale, individuare il punto debole e verificare quale versione riduce meglio quel problema. Quando si ragiona così, la scelta diventa più semplice e meno influenzata da slogan commerciali o abitudini personali.</w:t>
      </w:r>
    </w:p>
    <w:p>
      <w:pPr>
        <w:pStyle w:val="Heading2"/>
        <w:keepNext/>
        <w:spacing w:before="200" w:after="120"/>
      </w:pPr>
      <w:r>
        <w:t>Laboratorio pratico del capitolo</w:t>
      </w:r>
    </w:p>
    <w:p>
      <w:pPr>
        <w:pStyle w:val="BodyText"/>
        <w:ind w:firstLine="255"/>
      </w:pPr>
      <w:r>
        <w:t>Per trasformare la lettura in una decisione utile, esegui questo piccolo esercizio prima di proseguire. Non richiede competenze tecniche avanzate: richiede soltanto di osservare come usi davvero Excel.</w:t>
      </w:r>
    </w:p>
    <w:p>
      <w:pPr>
        <w:pStyle w:val="ListNumber"/>
      </w:pPr>
      <w:r>
        <w:t>Valuta il rischio: cosa succede se il file contiene un errore? Nulla di grave, perdita di tempo, decisione sbagliata, problema economico o problema di conformità?</w:t>
      </w:r>
    </w:p>
    <w:p>
      <w:pPr>
        <w:pStyle w:val="ListNumber"/>
      </w:pPr>
      <w:r>
        <w:t>Annota se una funzione moderna, il cloud, Copilot, Python o una licenza perpetua risolverebbero un problema reale oppure sarebbero solo un’aggiunta interessante.</w:t>
      </w:r>
    </w:p>
    <w:p>
      <w:pPr>
        <w:pStyle w:val="ListNumber"/>
      </w:pPr>
      <w:r>
        <w:t>Scegli un file Excel che usi spesso e scrivi in una frase a cosa serve. Se non riesci a descriverlo con chiarezza, probabilmente il file contiene più processi mescolati.</w:t>
      </w:r>
    </w:p>
    <w:p>
      <w:pPr>
        <w:pStyle w:val="ListNumber"/>
      </w:pPr>
      <w:r>
        <w:t>Individua tre operazioni che ripeti manualmente. Possono essere copia e incolla, filtri, aggiornamento grafici, pulizia dati, invio del file o controllo formule.</w:t>
      </w:r>
    </w:p>
    <w:p>
      <w:pPr>
        <w:pStyle w:val="Heading2"/>
        <w:keepNext/>
        <w:spacing w:before="200" w:after="120"/>
      </w:pPr>
      <w:r>
        <w:t>Schede applicative</w:t>
      </w:r>
    </w:p>
    <w:p>
      <w:pPr>
        <w:pStyle w:val="BodyText"/>
        <w:ind w:firstLine="255"/>
      </w:pPr>
      <w:r>
        <w:t>Le schede seguenti traducono il tema del capitolo in piccoli modelli mentali. Non sono file già pronti, ma descrizioni operative che puoi trasformare in cartelle Excel reali. L’obiettivo è capire come la scelta della versione incide su attività concrete, non su funzioni isolate.</w:t>
      </w:r>
    </w:p>
    <w:p>
      <w:pPr>
        <w:pStyle w:val="Heading3"/>
        <w:keepNext/>
        <w:spacing w:before="200" w:after="120"/>
      </w:pPr>
      <w:r>
        <w:t>Scheda 1: Registro file con macro</w:t>
      </w:r>
    </w:p>
    <w:p>
      <w:pPr>
        <w:pStyle w:val="BodyText"/>
        <w:ind w:firstLine="255"/>
      </w:pPr>
      <w:r>
        <w:t>In un modello dedicato a registro file con macro,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registro file con macro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registro file con macro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2: Piano backup cartelle excel</w:t>
      </w:r>
    </w:p>
    <w:p>
      <w:pPr>
        <w:pStyle w:val="BodyText"/>
        <w:ind w:firstLine="255"/>
      </w:pPr>
      <w:r>
        <w:t>In un modello dedicato a piano backup cartelle Excel,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piano backup cartelle Excel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piano backup cartelle Excel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3: Test aggiornamenti mensili</w:t>
      </w:r>
    </w:p>
    <w:p>
      <w:pPr>
        <w:pStyle w:val="BodyText"/>
        <w:ind w:firstLine="255"/>
      </w:pPr>
      <w:r>
        <w:t>In un modello dedicato a test aggiornamenti mensili,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test aggiornamenti mensili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test aggiornamenti mensili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4: Controllo add-in installati</w:t>
      </w:r>
    </w:p>
    <w:p>
      <w:pPr>
        <w:pStyle w:val="BodyText"/>
        <w:ind w:firstLine="255"/>
      </w:pPr>
      <w:r>
        <w:t>In un modello dedicato a controllo add-in installati,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controllo add-in installati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controllo add-in installati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5: Scheda permessi e dati sensibili</w:t>
      </w:r>
    </w:p>
    <w:p>
      <w:pPr>
        <w:pStyle w:val="BodyText"/>
        <w:ind w:firstLine="255"/>
      </w:pPr>
      <w:r>
        <w:t>In un modello dedicato a scheda permessi e dati sensibili,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scheda permessi e dati sensibili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scheda permessi e dati sensibili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2"/>
        <w:keepNext/>
        <w:spacing w:before="200" w:after="120"/>
      </w:pPr>
      <w:r>
        <w:t>Riepilogo del capitolo</w:t>
      </w:r>
    </w:p>
    <w:p>
      <w:pPr>
        <w:pStyle w:val="ListBullet"/>
      </w:pPr>
      <w:r>
        <w:t>Obiettivo del capitolo: Aiutare il lettore a valutare aggiornamenti, supporto, sicurezza e stabilità come criteri decisionali.</w:t>
      </w:r>
    </w:p>
    <w:p>
      <w:pPr>
        <w:pStyle w:val="ListBullet"/>
      </w:pPr>
      <w:r>
        <w:t>La scelta tra Excel 365 ed Excel 2024 deve partire dal processo di lavoro, non dal solo prezzo o dalla familiarità dell’interfaccia.</w:t>
      </w:r>
    </w:p>
    <w:p>
      <w:pPr>
        <w:pStyle w:val="ListBullet"/>
      </w:pPr>
      <w:r>
        <w:t>Le funzioni moderne hanno valore quando risolvono un problema reale: dati da pulire, formule da mantenere, file da condividere o report da aggiornare.</w:t>
      </w:r>
    </w:p>
    <w:p>
      <w:pPr>
        <w:pStyle w:val="ListBullet"/>
      </w:pPr>
      <w:r>
        <w:t>La compatibilità va verificata sui file concreti, soprattutto quando si usano formule nuove, automazioni, macro o strumenti cloud.</w:t>
      </w:r>
    </w:p>
    <w:p>
      <w:pPr>
        <w:pStyle w:val="Heading2"/>
        <w:keepNext/>
        <w:spacing w:before="200" w:after="120"/>
      </w:pPr>
      <w:r>
        <w:t>Collegamento con il capitolo successivo</w:t>
      </w:r>
    </w:p>
    <w:p>
      <w:pPr>
        <w:pStyle w:val="BodyText"/>
        <w:ind w:firstLine="255"/>
      </w:pPr>
      <w:r>
        <w:t>Dopo sicurezza e aggiornamenti, possiamo tradurre tutto in scenari pratici: chi dovrebbe scegliere cosa?</w:t>
      </w:r>
    </w:p>
    <w:p>
      <w:r>
        <w:br w:type="page"/>
      </w:r>
    </w:p>
    <w:p>
      <w:pPr>
        <w:pStyle w:val="Heading1"/>
        <w:keepNext/>
        <w:spacing w:before="240" w:after="120"/>
      </w:pPr>
      <w:r>
        <w:t>Capitolo 9</w:t>
        <w:br/>
        <w:t>Scenari pratici: casa, studenti, professionisti, PMI e aziende</w:t>
      </w:r>
    </w:p>
    <w:p>
      <w:pPr>
        <w:pStyle w:val="BodyText"/>
        <w:ind w:firstLine="255"/>
      </w:pPr>
      <w:r>
        <w:t>Non esiste una versione di Excel migliore per tutti. Esiste una versione più coerente con uno scenario. Chi usa Excel per il bilancio familiare ha esigenze diverse da chi costruisce dashboard commerciali; uno studente ha bisogni diversi da un reparto amministrativo; un professionista autonomo valuta il costo in modo diverso da una grande organizzazione.</w:t>
      </w:r>
    </w:p>
    <w:p>
      <w:pPr>
        <w:pStyle w:val="BodyText"/>
        <w:ind w:firstLine="255"/>
      </w:pPr>
      <w:r>
        <w:t>Questo capitolo raccoglie scenari tipici e li trasforma in criteri di scelta. Non sono regole assolute, ma mappe pratiche per riconoscere il proprio caso.</w:t>
      </w:r>
    </w:p>
    <w:p>
      <w:pPr>
        <w:pStyle w:val="Heading2"/>
        <w:keepNext/>
        <w:spacing w:before="200" w:after="120"/>
      </w:pPr>
      <w:r>
        <w:t>Obiettivo del capitolo</w:t>
      </w:r>
    </w:p>
    <w:p>
      <w:pPr>
        <w:pStyle w:val="BodyText"/>
        <w:ind w:firstLine="255"/>
      </w:pPr>
      <w:r>
        <w:t>Applicare il confronto a contesti reali per rendere la scelta più semplice e concreta.</w:t>
      </w:r>
    </w:p>
    <w:p>
      <w:pPr>
        <w:pStyle w:val="Heading2"/>
        <w:keepNext/>
        <w:spacing w:before="200" w:after="120"/>
      </w:pPr>
      <w:r>
        <w:t>Uso domestico e personale</w:t>
      </w:r>
    </w:p>
    <w:p>
      <w:pPr>
        <w:pStyle w:val="BodyText"/>
        <w:ind w:firstLine="255"/>
      </w:pPr>
      <w:r>
        <w:t>Per budget familiari, liste, piccole pianificazioni, inventari personali e calcoli occasionali, Excel 2024 può essere sufficiente. Il valore dell’abbonamento emerge solo se servono più dispositivi, cloud, condivisione o funzioni sempre aggiornate.</w:t>
      </w:r>
    </w:p>
    <w:p>
      <w:pPr>
        <w:pStyle w:val="BodyText"/>
        <w:ind w:firstLine="255"/>
      </w:pPr>
      <w:r>
        <w:t>Il criterio principale è la frequenza d’uso. Se Excel viene aperto raramente, pagare per funzioni avanzate non sfruttate potrebbe non avere senso.</w:t>
      </w:r>
    </w:p>
    <w:p>
      <w:pPr>
        <w:pStyle w:val="BodyText"/>
        <w:ind w:firstLine="255"/>
      </w:pPr>
      <w:r>
        <w:t>Per un utente non tecnico, questo tema va letto attraverso il criterio del facilità di collaborazione.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Studenti e formazione</w:t>
      </w:r>
    </w:p>
    <w:p>
      <w:pPr>
        <w:pStyle w:val="BodyText"/>
        <w:ind w:firstLine="255"/>
      </w:pPr>
      <w:r>
        <w:t>Gli studenti possono beneficiare di Microsoft 365 quando la scuola o l’università lo rende disponibile, perché consente accesso cloud, collaborazione e strumenti aggiornati. Per esercizi locali e apprendimento base, Excel 2024 resta valido.</w:t>
      </w:r>
    </w:p>
    <w:p>
      <w:pPr>
        <w:pStyle w:val="BodyText"/>
        <w:ind w:firstLine="255"/>
      </w:pPr>
      <w:r>
        <w:t>La scelta dipende anche dal corso: chi studia data analysis, economia, informatica o statistica può trarre valore da funzioni moderne e, nei piani idonei, da Python in Excel.</w:t>
      </w:r>
    </w:p>
    <w:p>
      <w:pPr>
        <w:pStyle w:val="BodyText"/>
        <w:ind w:firstLine="255"/>
      </w:pPr>
      <w:r>
        <w:t>Per chi gestisce file importanti, questo tema va letto attraverso il criterio del controllo dei file.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Professionisti e freelance</w:t>
      </w:r>
    </w:p>
    <w:p>
      <w:pPr>
        <w:pStyle w:val="BodyText"/>
        <w:ind w:firstLine="255"/>
      </w:pPr>
      <w:r>
        <w:t>Un freelance deve valutare Excel come strumento di produzione. Se genera report, gestisce clienti, analizza dati, prepara preventivi e lavora su più dispositivi, Microsoft 365 può essere un investimento operativo.</w:t>
      </w:r>
    </w:p>
    <w:p>
      <w:pPr>
        <w:pStyle w:val="BodyText"/>
        <w:ind w:firstLine="255"/>
      </w:pPr>
      <w:r>
        <w:t>Se invece Excel serve solo per documenti interni semplici, una licenza perpetua può essere più lineare. La domanda da porsi è: Excel mi fa guadagnare tempo o è solo un accessorio?</w:t>
      </w:r>
    </w:p>
    <w:p>
      <w:pPr>
        <w:pStyle w:val="BodyText"/>
        <w:ind w:firstLine="255"/>
      </w:pPr>
      <w:r>
        <w:t>La conseguenza più concreta è che questo tema va letto attraverso il criterio del prevedibilità degli aggiornamenti.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PMI e uffici amministrativi</w:t>
      </w:r>
    </w:p>
    <w:p>
      <w:pPr>
        <w:pStyle w:val="BodyText"/>
        <w:ind w:firstLine="255"/>
      </w:pPr>
      <w:r>
        <w:t>Le piccole e medie imprese spesso usano Excel per funzioni decisive: listini, budget, turni, scadenze, ordini, contabilità di supporto. Qui la collaborazione, la sicurezza e la gestione dei file diventano più importanti del prezzo iniziale.</w:t>
      </w:r>
    </w:p>
    <w:p>
      <w:pPr>
        <w:pStyle w:val="BodyText"/>
        <w:ind w:firstLine="255"/>
      </w:pPr>
      <w:r>
        <w:t>Microsoft 365 può essere più adatto se l’azienda lavora in team e usa OneDrive, SharePoint, Teams o Outlook in modo integrato. Excel 2024 può restare una scelta valida per postazioni isolate e processi stabili.</w:t>
      </w:r>
    </w:p>
    <w:p>
      <w:pPr>
        <w:pStyle w:val="BodyText"/>
        <w:ind w:firstLine="255"/>
      </w:pPr>
      <w:r>
        <w:t>Il punto da non perdere è che questo tema va letto attraverso il criterio del sicurezza dei dati.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Aziende strutturate e reparti IT</w:t>
      </w:r>
    </w:p>
    <w:p>
      <w:pPr>
        <w:pStyle w:val="BodyText"/>
        <w:ind w:firstLine="255"/>
      </w:pPr>
      <w:r>
        <w:t>Nelle aziende più strutturate la scelta non è del singolo utente. Entrano in gioco gestione centralizzata, canali di aggiornamento, compliance, policy, sicurezza, training, compatibilità con sistemi interni e supporto.</w:t>
      </w:r>
    </w:p>
    <w:p>
      <w:pPr>
        <w:pStyle w:val="BodyText"/>
        <w:ind w:firstLine="255"/>
      </w:pPr>
      <w:r>
        <w:t>In questi contesti Microsoft 365 offre strumenti di governo e aggiornamento più ampi, ma richiede progettazione. Office LTSC o Office 2024 possono avere senso per ambienti controllati, macchine specializzate o scenari dove il cloud non è desiderabile.</w:t>
      </w:r>
    </w:p>
    <w:p>
      <w:pPr>
        <w:pStyle w:val="BodyText"/>
        <w:ind w:firstLine="255"/>
      </w:pPr>
      <w:r>
        <w:t>Nella scelta finale, questo tema va letto attraverso il criterio del compatibilità con gli altri.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Approfondimento editoriale</w:t>
      </w:r>
    </w:p>
    <w:p>
      <w:pPr>
        <w:pStyle w:val="Heading3"/>
        <w:keepNext/>
        <w:spacing w:before="200" w:after="120"/>
      </w:pPr>
      <w:r>
        <w:t>Ogni scenario ha una soglia</w:t>
      </w:r>
    </w:p>
    <w:p>
      <w:pPr>
        <w:pStyle w:val="BodyText"/>
        <w:ind w:firstLine="255"/>
      </w:pPr>
      <w:r>
        <w:t>La soglia è il punto in cui una versione smette di essere sufficiente. Per un utente domestico può arrivare quando servono più dispositivi. Per un freelance quando i clienti chiedono file condivisi. Per una PMI quando più persone modificano lo stesso documento. Per un reparto IT quando la gestione centralizzata diventa obbligatoria.</w:t>
      </w:r>
    </w:p>
    <w:p>
      <w:pPr>
        <w:pStyle w:val="BodyText"/>
        <w:ind w:firstLine="255"/>
      </w:pPr>
      <w:r>
        <w:t>Riconoscere la soglia evita sia acquisti anticipati sia ritardi dannosi. Non bisogna cambiare versione per moda, ma nemmeno restare fermi quando il processo è cresciuto.</w:t>
      </w:r>
    </w:p>
    <w:p>
      <w:pPr>
        <w:pStyle w:val="Heading3"/>
        <w:keepNext/>
        <w:spacing w:before="200" w:after="120"/>
      </w:pPr>
      <w:r>
        <w:t>Il caso misto</w:t>
      </w:r>
    </w:p>
    <w:p>
      <w:pPr>
        <w:pStyle w:val="BodyText"/>
        <w:ind w:firstLine="255"/>
      </w:pPr>
      <w:r>
        <w:t>Molte realtà non scelgono una sola risposta. Alcune postazioni possono usare Microsoft 365, altre una versione perpetua, a seconda dei ruoli. Chi crea report e collabora può avere strumenti più aggiornati; chi consulta o lavora localmente può avere esigenze diverse.</w:t>
      </w:r>
    </w:p>
    <w:p>
      <w:pPr>
        <w:pStyle w:val="BodyText"/>
        <w:ind w:firstLine="255"/>
      </w:pPr>
      <w:r>
        <w:t>La soluzione mista richiede attenzione alla compatibilità dei file. Se un gruppo usa funzioni non disponibili agli altri, la frammentazione può diventare problema.</w:t>
      </w:r>
    </w:p>
    <w:p>
      <w:pPr>
        <w:pStyle w:val="Heading3"/>
        <w:keepNext/>
        <w:spacing w:before="200" w:after="120"/>
      </w:pPr>
      <w:r>
        <w:t>Rivedere la scelta</w:t>
      </w:r>
    </w:p>
    <w:p>
      <w:pPr>
        <w:pStyle w:val="BodyText"/>
        <w:ind w:firstLine="255"/>
      </w:pPr>
      <w:r>
        <w:t>Una scelta software non deve essere eterna. Può essere rivista quando cambiano attività, collaboratori, dispositivi, budget o livello di maturità digitale. Pianificare una revisione annuale evita di accorgersi troppo tardi che la versione non è più coerente.</w:t>
      </w:r>
    </w:p>
    <w:p>
      <w:pPr>
        <w:pStyle w:val="BodyText"/>
        <w:ind w:firstLine="255"/>
      </w:pPr>
      <w:r>
        <w:t>Il confronto tra Excel 365 ed Excel 2024 va quindi visto come una decisione periodica, non come un giudizio definitivo.</w:t>
      </w:r>
    </w:p>
    <w:p>
      <w:pPr>
        <w:pStyle w:val="Heading2"/>
        <w:keepNext/>
        <w:spacing w:before="200" w:after="120"/>
      </w:pPr>
      <w:r>
        <w:t>Errori ricorrenti da evitare</w:t>
      </w:r>
    </w:p>
    <w:p>
      <w:pPr>
        <w:pStyle w:val="ListBullet"/>
      </w:pPr>
      <w:r>
        <w:t>Scegliere la versione solo perché è quella già conosciuta, senza verificare se i processi sono cambiati.</w:t>
      </w:r>
    </w:p>
    <w:p>
      <w:pPr>
        <w:pStyle w:val="ListBullet"/>
      </w:pPr>
      <w:r>
        <w:t>Valutare solo il prezzo iniziale e ignorare tempo perso, collaborazione, aggiornamenti e compatibilità.</w:t>
      </w:r>
    </w:p>
    <w:p>
      <w:pPr>
        <w:pStyle w:val="ListBullet"/>
      </w:pPr>
      <w:r>
        <w:t>Creare file con funzioni moderne senza indicare la versione minima necessaria per aprirli correttamente.</w:t>
      </w:r>
    </w:p>
    <w:p>
      <w:pPr>
        <w:pStyle w:val="ListBullet"/>
      </w:pPr>
      <w:r>
        <w:t>Confondere cloud con disordine: salvare online non basta se permessi, nomi file e responsabilità non sono chiari.</w:t>
      </w:r>
    </w:p>
    <w:p>
      <w:pPr>
        <w:pStyle w:val="ListBullet"/>
      </w:pPr>
      <w:r>
        <w:t>Considerare Copilot o Python come scorciatoie automatiche invece che strumenti da usare con verifica e competenza.</w:t>
      </w:r>
    </w:p>
    <w:p>
      <w:pPr>
        <w:pStyle w:val="BodyText"/>
        <w:ind w:firstLine="255"/>
      </w:pPr>
      <w:r>
        <w:t>Evitare questi errori non richiede competenze specialistiche. Richiede soprattutto un cambio di prospettiva: Excel non è solo il programma che apre una tabella, ma l’ambiente in cui molte decisioni vengono preparate. Più la decisione è importante, più la scelta della versione deve essere consapevole.</w:t>
      </w:r>
    </w:p>
    <w:p>
      <w:pPr>
        <w:pStyle w:val="Heading3"/>
        <w:keepNext/>
        <w:spacing w:before="200" w:after="120"/>
      </w:pPr>
      <w:r>
        <w:t>Esempio pratico</w:t>
      </w:r>
    </w:p>
    <w:p>
      <w:pPr>
        <w:pStyle w:val="Quote"/>
      </w:pPr>
      <w:r>
        <w:t>Una palestra che usa Excel per abbonamenti, scadenze e turni potrebbe partire con Excel 2024 se lavora su un solo PC. Se però più persone devono aggiornare dati, consultare file da remoto e collaborare, Microsoft 365 diventa più coerente. La stessa attività, crescendo, può cambiare risposta nel tempo.</w:t>
      </w:r>
    </w:p>
    <w:p>
      <w:pPr>
        <w:pStyle w:val="BodyText"/>
        <w:ind w:firstLine="255"/>
      </w:pPr>
      <w:r>
        <w:t>L’esempio non serve a imporre una risposta unica, ma a mostrare il metodo: partire dal lavoro reale, individuare il punto debole e verificare quale versione riduce meglio quel problema. Quando si ragiona così, la scelta diventa più semplice e meno influenzata da slogan commerciali o abitudini personali.</w:t>
      </w:r>
    </w:p>
    <w:p>
      <w:pPr>
        <w:pStyle w:val="Heading2"/>
        <w:keepNext/>
        <w:spacing w:before="200" w:after="120"/>
      </w:pPr>
      <w:r>
        <w:t>Laboratorio pratico del capitolo</w:t>
      </w:r>
    </w:p>
    <w:p>
      <w:pPr>
        <w:pStyle w:val="BodyText"/>
        <w:ind w:firstLine="255"/>
      </w:pPr>
      <w:r>
        <w:t>Per trasformare la lettura in una decisione utile, esegui questo piccolo esercizio prima di proseguire. Non richiede competenze tecniche avanzate: richiede soltanto di osservare come usi davvero Excel.</w:t>
      </w:r>
    </w:p>
    <w:p>
      <w:pPr>
        <w:pStyle w:val="ListNumber"/>
      </w:pPr>
      <w:r>
        <w:t>Annota se una funzione moderna, il cloud, Copilot, Python o una licenza perpetua risolverebbero un problema reale oppure sarebbero solo un’aggiunta interessante.</w:t>
      </w:r>
    </w:p>
    <w:p>
      <w:pPr>
        <w:pStyle w:val="ListNumber"/>
      </w:pPr>
      <w:r>
        <w:t>Scegli un file Excel che usi spesso e scrivi in una frase a cosa serve. Se non riesci a descriverlo con chiarezza, probabilmente il file contiene più processi mescolati.</w:t>
      </w:r>
    </w:p>
    <w:p>
      <w:pPr>
        <w:pStyle w:val="ListNumber"/>
      </w:pPr>
      <w:r>
        <w:t>Individua tre operazioni che ripeti manualmente. Possono essere copia e incolla, filtri, aggiornamento grafici, pulizia dati, invio del file o controllo formule.</w:t>
      </w:r>
    </w:p>
    <w:p>
      <w:pPr>
        <w:pStyle w:val="ListNumber"/>
      </w:pPr>
      <w:r>
        <w:t>Segna chi usa il file: solo tu, un collega, un cliente, un fornitore o un gruppo di lavoro. La risposta cambia il peso della collaborazione.</w:t>
      </w:r>
    </w:p>
    <w:p>
      <w:pPr>
        <w:pStyle w:val="Heading2"/>
        <w:keepNext/>
        <w:spacing w:before="200" w:after="120"/>
      </w:pPr>
      <w:r>
        <w:t>Schede applicative</w:t>
      </w:r>
    </w:p>
    <w:p>
      <w:pPr>
        <w:pStyle w:val="BodyText"/>
        <w:ind w:firstLine="255"/>
      </w:pPr>
      <w:r>
        <w:t>Le schede seguenti traducono il tema del capitolo in piccoli modelli mentali. Non sono file già pronti, ma descrizioni operative che puoi trasformare in cartelle Excel reali. L’obiettivo è capire come la scelta della versione incide su attività concrete, non su funzioni isolate.</w:t>
      </w:r>
    </w:p>
    <w:p>
      <w:pPr>
        <w:pStyle w:val="Heading3"/>
        <w:keepNext/>
        <w:spacing w:before="200" w:after="120"/>
      </w:pPr>
      <w:r>
        <w:t>Scheda 1: Scenario privato</w:t>
      </w:r>
    </w:p>
    <w:p>
      <w:pPr>
        <w:pStyle w:val="BodyText"/>
        <w:ind w:firstLine="255"/>
      </w:pPr>
      <w:r>
        <w:t>In un modello dedicato a scenario privato,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Quando il modello di scenario privato coinvolge più persone, la questione centrale diventa la governance del file: permessi, responsabilità, salvataggio, commenti e versioni. Excel 365 tende a essere più adatto a questa dinamica perché nasce dentro un ecosistema collaborativo, ma richiede regole chiare per evitare confusione.</w:t>
      </w:r>
    </w:p>
    <w:p>
      <w:pPr>
        <w:pStyle w:val="BodyText"/>
        <w:ind w:firstLine="255"/>
      </w:pPr>
      <w:r>
        <w:t>Excel 2024 può restare sensato se il file ha un proprietario unico e gli altri utenti ricevono solo esportazioni, PDF o copie controllate. La scelta dipende quindi non dal nome del modello, ma dal modo in cui il modello viene usato e distribuito.</w:t>
      </w:r>
    </w:p>
    <w:p>
      <w:pPr>
        <w:pStyle w:val="BodyText"/>
        <w:ind w:firstLine="255"/>
      </w:pPr>
      <w:r>
        <w:t>La domanda finale per questa scheda è semplice: il file di scenario privato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2: Scenario freelance</w:t>
      </w:r>
    </w:p>
    <w:p>
      <w:pPr>
        <w:pStyle w:val="BodyText"/>
        <w:ind w:firstLine="255"/>
      </w:pPr>
      <w:r>
        <w:t>In un modello dedicato a scenario freelance,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Quando il modello di scenario freelance coinvolge più persone, la questione centrale diventa la governance del file: permessi, responsabilità, salvataggio, commenti e versioni. Excel 365 tende a essere più adatto a questa dinamica perché nasce dentro un ecosistema collaborativo, ma richiede regole chiare per evitare confusione.</w:t>
      </w:r>
    </w:p>
    <w:p>
      <w:pPr>
        <w:pStyle w:val="BodyText"/>
        <w:ind w:firstLine="255"/>
      </w:pPr>
      <w:r>
        <w:t>Excel 2024 può restare sensato se il file ha un proprietario unico e gli altri utenti ricevono solo esportazioni, PDF o copie controllate. La scelta dipende quindi non dal nome del modello, ma dal modo in cui il modello viene usato e distribuito.</w:t>
      </w:r>
    </w:p>
    <w:p>
      <w:pPr>
        <w:pStyle w:val="BodyText"/>
        <w:ind w:firstLine="255"/>
      </w:pPr>
      <w:r>
        <w:t>La domanda finale per questa scheda è semplice: il file di scenario freelance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3: Scenario piccola impresa</w:t>
      </w:r>
    </w:p>
    <w:p>
      <w:pPr>
        <w:pStyle w:val="BodyText"/>
        <w:ind w:firstLine="255"/>
      </w:pPr>
      <w:r>
        <w:t>In un modello dedicato a scenario piccola impresa,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Quando il modello di scenario piccola impresa coinvolge più persone, la questione centrale diventa la governance del file: permessi, responsabilità, salvataggio, commenti e versioni. Excel 365 tende a essere più adatto a questa dinamica perché nasce dentro un ecosistema collaborativo, ma richiede regole chiare per evitare confusione.</w:t>
      </w:r>
    </w:p>
    <w:p>
      <w:pPr>
        <w:pStyle w:val="BodyText"/>
        <w:ind w:firstLine="255"/>
      </w:pPr>
      <w:r>
        <w:t>Excel 2024 può restare sensato se il file ha un proprietario unico e gli altri utenti ricevono solo esportazioni, PDF o copie controllate. La scelta dipende quindi non dal nome del modello, ma dal modo in cui il modello viene usato e distribuito.</w:t>
      </w:r>
    </w:p>
    <w:p>
      <w:pPr>
        <w:pStyle w:val="BodyText"/>
        <w:ind w:firstLine="255"/>
      </w:pPr>
      <w:r>
        <w:t>La domanda finale per questa scheda è semplice: il file di scenario piccola impresa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4: Scenario scuola o formazione</w:t>
      </w:r>
    </w:p>
    <w:p>
      <w:pPr>
        <w:pStyle w:val="BodyText"/>
        <w:ind w:firstLine="255"/>
      </w:pPr>
      <w:r>
        <w:t>In un modello dedicato a scenario scuola o formazione,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Quando il modello di scenario scuola o formazione coinvolge più persone, la questione centrale diventa la governance del file: permessi, responsabilità, salvataggio, commenti e versioni. Excel 365 tende a essere più adatto a questa dinamica perché nasce dentro un ecosistema collaborativo, ma richiede regole chiare per evitare confusione.</w:t>
      </w:r>
    </w:p>
    <w:p>
      <w:pPr>
        <w:pStyle w:val="BodyText"/>
        <w:ind w:firstLine="255"/>
      </w:pPr>
      <w:r>
        <w:t>Excel 2024 può restare sensato se il file ha un proprietario unico e gli altri utenti ricevono solo esportazioni, PDF o copie controllate. La scelta dipende quindi non dal nome del modello, ma dal modo in cui il modello viene usato e distribuito.</w:t>
      </w:r>
    </w:p>
    <w:p>
      <w:pPr>
        <w:pStyle w:val="BodyText"/>
        <w:ind w:firstLine="255"/>
      </w:pPr>
      <w:r>
        <w:t>La domanda finale per questa scheda è semplice: il file di scenario scuola o formazione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5: Scenario azienda strutturata</w:t>
      </w:r>
    </w:p>
    <w:p>
      <w:pPr>
        <w:pStyle w:val="BodyText"/>
        <w:ind w:firstLine="255"/>
      </w:pPr>
      <w:r>
        <w:t>In un modello dedicato a scenario azienda strutturata,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Quando il modello di scenario azienda strutturata coinvolge più persone, la questione centrale diventa la governance del file: permessi, responsabilità, salvataggio, commenti e versioni. Excel 365 tende a essere più adatto a questa dinamica perché nasce dentro un ecosistema collaborativo, ma richiede regole chiare per evitare confusione.</w:t>
      </w:r>
    </w:p>
    <w:p>
      <w:pPr>
        <w:pStyle w:val="BodyText"/>
        <w:ind w:firstLine="255"/>
      </w:pPr>
      <w:r>
        <w:t>Excel 2024 può restare sensato se il file ha un proprietario unico e gli altri utenti ricevono solo esportazioni, PDF o copie controllate. La scelta dipende quindi non dal nome del modello, ma dal modo in cui il modello viene usato e distribuito.</w:t>
      </w:r>
    </w:p>
    <w:p>
      <w:pPr>
        <w:pStyle w:val="BodyText"/>
        <w:ind w:firstLine="255"/>
      </w:pPr>
      <w:r>
        <w:t>La domanda finale per questa scheda è semplice: il file di scenario azienda strutturata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2"/>
        <w:keepNext/>
        <w:spacing w:before="200" w:after="120"/>
      </w:pPr>
      <w:r>
        <w:t>Riepilogo del capitolo</w:t>
      </w:r>
    </w:p>
    <w:p>
      <w:pPr>
        <w:pStyle w:val="ListBullet"/>
      </w:pPr>
      <w:r>
        <w:t>Obiettivo del capitolo: Applicare il confronto a contesti reali per rendere la scelta più semplice e concreta.</w:t>
      </w:r>
    </w:p>
    <w:p>
      <w:pPr>
        <w:pStyle w:val="ListBullet"/>
      </w:pPr>
      <w:r>
        <w:t>La scelta tra Excel 365 ed Excel 2024 deve partire dal processo di lavoro, non dal solo prezzo o dalla familiarità dell’interfaccia.</w:t>
      </w:r>
    </w:p>
    <w:p>
      <w:pPr>
        <w:pStyle w:val="ListBullet"/>
      </w:pPr>
      <w:r>
        <w:t>Le funzioni moderne hanno valore quando risolvono un problema reale: dati da pulire, formule da mantenere, file da condividere o report da aggiornare.</w:t>
      </w:r>
    </w:p>
    <w:p>
      <w:pPr>
        <w:pStyle w:val="ListBullet"/>
      </w:pPr>
      <w:r>
        <w:t>La compatibilità va verificata sui file concreti, soprattutto quando si usano formule nuove, automazioni, macro o strumenti cloud.</w:t>
      </w:r>
    </w:p>
    <w:p>
      <w:pPr>
        <w:pStyle w:val="Heading2"/>
        <w:keepNext/>
        <w:spacing w:before="200" w:after="120"/>
      </w:pPr>
      <w:r>
        <w:t>Collegamento con il capitolo successivo</w:t>
      </w:r>
    </w:p>
    <w:p>
      <w:pPr>
        <w:pStyle w:val="BodyText"/>
        <w:ind w:firstLine="255"/>
      </w:pPr>
      <w:r>
        <w:t>Gli scenari aiutano a orientarsi. Ora serve un metodo decisionale finale: una procedura per scegliere oggi senza pentirsi domani.</w:t>
      </w:r>
    </w:p>
    <w:p>
      <w:r>
        <w:br w:type="page"/>
      </w:r>
    </w:p>
    <w:p>
      <w:pPr>
        <w:pStyle w:val="Heading1"/>
        <w:keepNext/>
        <w:spacing w:before="240" w:after="120"/>
      </w:pPr>
      <w:r>
        <w:t>Capitolo 10</w:t>
        <w:br/>
        <w:t>Metodo decisionale: scegliere oggi senza pentirsi domani</w:t>
      </w:r>
    </w:p>
    <w:p>
      <w:pPr>
        <w:pStyle w:val="BodyText"/>
        <w:ind w:firstLine="255"/>
      </w:pPr>
      <w:r>
        <w:t>Arrivati a questo punto, il lettore conosce le differenze principali. Ma conoscere non basta: bisogna decidere. E decidere bene significa evitare sia l’acquisto impulsivo sia l’analisi infinita.</w:t>
      </w:r>
    </w:p>
    <w:p>
      <w:pPr>
        <w:pStyle w:val="BodyText"/>
        <w:ind w:firstLine="255"/>
      </w:pPr>
      <w:r>
        <w:t>Questo capitolo propone un metodo semplice: partire dai processi, individuare le funzioni critiche, valutare collaborazione e aggiornamenti, stimare il costo totale e scegliere la soluzione più coerente. Non serve una consulenza complessa per ogni caso, ma serve ordine.</w:t>
      </w:r>
    </w:p>
    <w:p>
      <w:pPr>
        <w:pStyle w:val="Heading2"/>
        <w:keepNext/>
        <w:spacing w:before="200" w:after="120"/>
      </w:pPr>
      <w:r>
        <w:t>Obiettivo del capitolo</w:t>
      </w:r>
    </w:p>
    <w:p>
      <w:pPr>
        <w:pStyle w:val="BodyText"/>
        <w:ind w:firstLine="255"/>
      </w:pPr>
      <w:r>
        <w:t>Fornire una metodologia pratica, checklist e criteri ponderati per decidere tra Excel 365 ed Excel 2024.</w:t>
      </w:r>
    </w:p>
    <w:p>
      <w:pPr>
        <w:pStyle w:val="Heading2"/>
        <w:keepNext/>
        <w:spacing w:before="200" w:after="120"/>
      </w:pPr>
      <w:r>
        <w:t>Mappa dei processi Excel</w:t>
      </w:r>
    </w:p>
    <w:p>
      <w:pPr>
        <w:pStyle w:val="BodyText"/>
        <w:ind w:firstLine="255"/>
      </w:pPr>
      <w:r>
        <w:t>Prima di scegliere la versione, elenca i processi in cui Excel è coinvolto: budget, report, listini, ordini, turni, analisi, formazione, dashboard, archivi, preventivi. Per ogni processo indica chi lo usa, ogni quanto, con quali file e con quale impatto.</w:t>
      </w:r>
    </w:p>
    <w:p>
      <w:pPr>
        <w:pStyle w:val="BodyText"/>
        <w:ind w:firstLine="255"/>
      </w:pPr>
      <w:r>
        <w:t>Questa mappa rivela se Excel è marginale o centrale. Se è marginale, il confronto si semplifica. Se è centrale, la versione diventa una decisione produttiva e non solo informatica.</w:t>
      </w:r>
    </w:p>
    <w:p>
      <w:pPr>
        <w:pStyle w:val="BodyText"/>
        <w:ind w:firstLine="255"/>
      </w:pPr>
      <w:r>
        <w:t>La conseguenza più concreta è che questo tema va letto attraverso il criterio del controllo dei file.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Funzioni indispensabili e funzioni desiderate</w:t>
      </w:r>
    </w:p>
    <w:p>
      <w:pPr>
        <w:pStyle w:val="BodyText"/>
        <w:ind w:firstLine="255"/>
      </w:pPr>
      <w:r>
        <w:t>Dividi le funzioni in due gruppi: indispensabili e desiderate. Le prime sono necessarie per lavorare senza blocchi; le seconde migliorano comfort e velocità, ma non decidono da sole.</w:t>
      </w:r>
    </w:p>
    <w:p>
      <w:pPr>
        <w:pStyle w:val="BodyText"/>
        <w:ind w:firstLine="255"/>
      </w:pPr>
      <w:r>
        <w:t>Copilot, Python, coauthoring, canali di aggiornamento e cloud possono essere indispensabili per alcuni, irrilevanti per altri. Il metodo evita di pagare per funzioni affascinanti ma non usate.</w:t>
      </w:r>
    </w:p>
    <w:p>
      <w:pPr>
        <w:pStyle w:val="BodyText"/>
        <w:ind w:firstLine="255"/>
      </w:pPr>
      <w:r>
        <w:t>Il punto da non perdere è che questo tema va letto attraverso il criterio del prevedibilità degli aggiornamenti.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Compatibilità con gli altri</w:t>
      </w:r>
    </w:p>
    <w:p>
      <w:pPr>
        <w:pStyle w:val="BodyText"/>
        <w:ind w:firstLine="255"/>
      </w:pPr>
      <w:r>
        <w:t>La scelta non riguarda solo te. Se devi inviare file a clienti, colleghi, fornitori o enti, devi chiederti quale versione useranno loro e quali funzioni saranno compatibili.</w:t>
      </w:r>
    </w:p>
    <w:p>
      <w:pPr>
        <w:pStyle w:val="BodyText"/>
        <w:ind w:firstLine="255"/>
      </w:pPr>
      <w:r>
        <w:t>Un modello perfetto su Excel 365 può diventare meno utile se il destinatario apre il file in una versione che non supporta le formule. A volte la versione migliore è quella che crea meno problemi nell’ecosistema di lavoro.</w:t>
      </w:r>
    </w:p>
    <w:p>
      <w:pPr>
        <w:pStyle w:val="BodyText"/>
        <w:ind w:firstLine="255"/>
      </w:pPr>
      <w:r>
        <w:t>Nella scelta finale, questo tema va letto attraverso il criterio del sicurezza dei dati.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Valutazione economica realistica</w:t>
      </w:r>
    </w:p>
    <w:p>
      <w:pPr>
        <w:pStyle w:val="BodyText"/>
        <w:ind w:firstLine="255"/>
      </w:pPr>
      <w:r>
        <w:t>Stima il costo su un orizzonte di tre o cinque anni. Considera licenze, dispositivi, eventuali piani cloud, tempo di apprendimento, supporto, aggiornamenti e migrazione futura.</w:t>
      </w:r>
    </w:p>
    <w:p>
      <w:pPr>
        <w:pStyle w:val="BodyText"/>
        <w:ind w:firstLine="255"/>
      </w:pPr>
      <w:r>
        <w:t>Il prezzo nominale raramente racconta tutto. Un abbonamento può costare di più ma risparmiare tempo; una licenza perpetua può costare meno ma richiedere più workaround. La decisione deve guardare al valore netto.</w:t>
      </w:r>
    </w:p>
    <w:p>
      <w:pPr>
        <w:pStyle w:val="BodyText"/>
        <w:ind w:firstLine="255"/>
      </w:pPr>
      <w:r>
        <w:t>In pratica, questo tema va letto attraverso il criterio del compatibilità con gli altri.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3"/>
        <w:keepNext/>
        <w:spacing w:before="200" w:after="120"/>
      </w:pPr>
      <w:r>
        <w:t>Nota di metodo</w:t>
      </w:r>
    </w:p>
    <w:p>
      <w:pPr>
        <w:pStyle w:val="BodyText"/>
        <w:ind w:firstLine="255"/>
      </w:pPr>
      <w:r>
        <w:t>Quando valuti questa differenza, evita di ragionare su file ideali. Excel viene quasi sempre usato in condizioni imperfette: dati copiati da fonti diverse, fogli costruiti nel tempo, formule ereditate da colleghi, procedure mai documentate. Una versione più ricca non risolve automaticamente questi problemi, ma può offrire strumenti migliori per ridurli se il file viene ripensato con metodo.</w:t>
      </w:r>
    </w:p>
    <w:p>
      <w:pPr>
        <w:pStyle w:val="Heading2"/>
        <w:keepNext/>
        <w:spacing w:before="200" w:after="120"/>
      </w:pPr>
      <w:r>
        <w:t>La scelta consigliata per profilo</w:t>
      </w:r>
    </w:p>
    <w:p>
      <w:pPr>
        <w:pStyle w:val="BodyText"/>
        <w:ind w:firstLine="255"/>
      </w:pPr>
      <w:r>
        <w:t>In generale, Excel 2024 è consigliabile per uso locale, stabile, non collaborativo e con esigenze funzionali ben note. Excel 365 è consigliabile per lavoro continuo, collaborazione, cloud, nuove funzioni, automazione, Copilot, Python e scenari in evoluzione.</w:t>
      </w:r>
    </w:p>
    <w:p>
      <w:pPr>
        <w:pStyle w:val="BodyText"/>
        <w:ind w:firstLine="255"/>
      </w:pPr>
      <w:r>
        <w:t>Questa non è una regola rigida. È una sintesi operativa. Ogni scelta va verificata con i propri file reali, perché le esigenze concrete valgono più delle descrizioni commerciali.</w:t>
      </w:r>
    </w:p>
    <w:p>
      <w:pPr>
        <w:pStyle w:val="BodyText"/>
        <w:ind w:firstLine="255"/>
      </w:pPr>
      <w:r>
        <w:t>Nel lavoro quotidiano, questo tema va letto attraverso il criterio del valore nel medio periodo. Non basta chiedersi se una funzione esista: bisogna capire se quella funzione riduce passaggi manuali, rende il file più affidabile o permette a più persone di lavorare senza creare copie divergenti. È qui che la differenza tra una versione installata e una versione aggiornata come servizio può diventare concreta.</w:t>
      </w:r>
    </w:p>
    <w:p>
      <w:pPr>
        <w:pStyle w:val="BodyText"/>
        <w:ind w:firstLine="255"/>
      </w:pPr>
      <w:r>
        <w:t>Un buon modo per valutare la questione è prendere un file reale, non un esempio astratto. Aprilo, osserva le formule, individua le operazioni ripetitive, verifica dove nascono gli errori e chiediti quanto tempo richiede la manutenzione mensile. Se la risposta è “pochi minuti e nessun rischio”, una soluzione più stabile può bastare. Se la risposta è “ogni volta devo controllare, correggere, inviare, recuperare versioni”, allora il valore di strumenti più evoluti cresce rapidamente.</w:t>
      </w:r>
    </w:p>
    <w:p>
      <w:pPr>
        <w:pStyle w:val="BodyText"/>
        <w:ind w:firstLine="255"/>
      </w:pPr>
      <w:r>
        <w:t>La scelta tra Excel 365 ed Excel 2024 diventa quindi una scelta di processo. Excel 2024 tende a funzionare bene quando il processo è già definito, locale e poco soggetto a cambiamenti. Excel 365 tende a essere più forte quando il processo evolve, coinvolge più persone, richiede nuove funzioni o beneficia dell’integrazione con servizi cloud e strumenti intelligenti.</w:t>
      </w:r>
    </w:p>
    <w:p>
      <w:pPr>
        <w:pStyle w:val="Heading2"/>
        <w:keepNext/>
        <w:spacing w:before="200" w:after="120"/>
      </w:pPr>
      <w:r>
        <w:t>Approfondimento editoriale</w:t>
      </w:r>
    </w:p>
    <w:p>
      <w:pPr>
        <w:pStyle w:val="Heading3"/>
        <w:keepNext/>
        <w:spacing w:before="200" w:after="120"/>
      </w:pPr>
      <w:r>
        <w:t>Decidere con una matrice semplice</w:t>
      </w:r>
    </w:p>
    <w:p>
      <w:pPr>
        <w:pStyle w:val="BodyText"/>
        <w:ind w:firstLine="255"/>
      </w:pPr>
      <w:r>
        <w:t>Per scegliere puoi assegnare un punteggio da uno a cinque a criteri come costo, collaborazione, aggiornamenti, funzioni avanzate, sicurezza, compatibilità e stabilità. Non serve una tabella complessa: basta rendere visibile il ragionamento.</w:t>
      </w:r>
    </w:p>
    <w:p>
      <w:pPr>
        <w:pStyle w:val="BodyText"/>
        <w:ind w:firstLine="255"/>
      </w:pPr>
      <w:r>
        <w:t>La matrice non decide al posto tuo, ma impedisce di farsi guidare da un solo elemento. Se il prezzo è l’unico criterio, rischi di ignorare il valore. Se le funzioni sono l’unico criterio, rischi di comprare troppo.</w:t>
      </w:r>
    </w:p>
    <w:p>
      <w:pPr>
        <w:pStyle w:val="Heading3"/>
        <w:keepNext/>
        <w:spacing w:before="200" w:after="120"/>
      </w:pPr>
      <w:r>
        <w:t>La prova sui file reali</w:t>
      </w:r>
    </w:p>
    <w:p>
      <w:pPr>
        <w:pStyle w:val="BodyText"/>
        <w:ind w:firstLine="255"/>
      </w:pPr>
      <w:r>
        <w:t>La prova migliore è aprire file reali nelle versioni candidate, verificare formule, macro, grafici, collegamenti, salvataggio e condivisione. Le demo non bastano, perché i file reali contengono la storia delle tue abitudini.</w:t>
      </w:r>
    </w:p>
    <w:p>
      <w:pPr>
        <w:pStyle w:val="BodyText"/>
        <w:ind w:firstLine="255"/>
      </w:pPr>
      <w:r>
        <w:t>Se il file critico funziona bene e il processo migliora, la scelta è più solida. Se emergono errori, hai scoperto un problema prima di trasformarlo in blocco operativo.</w:t>
      </w:r>
    </w:p>
    <w:p>
      <w:pPr>
        <w:pStyle w:val="Heading3"/>
        <w:keepNext/>
        <w:spacing w:before="200" w:after="120"/>
      </w:pPr>
      <w:r>
        <w:t>Scegliere e documentare</w:t>
      </w:r>
    </w:p>
    <w:p>
      <w:pPr>
        <w:pStyle w:val="BodyText"/>
        <w:ind w:firstLine="255"/>
      </w:pPr>
      <w:r>
        <w:t>Una volta scelta la versione, documenta perché è stata scelta. Scrivi poche righe: scenario, motivi, file testati, limiti accettati e data di revisione futura. Questo è utile per aziende, professionisti e anche per utenti privati che vogliono evitare dubbi successivi.</w:t>
      </w:r>
    </w:p>
    <w:p>
      <w:pPr>
        <w:pStyle w:val="BodyText"/>
        <w:ind w:firstLine="255"/>
      </w:pPr>
      <w:r>
        <w:t>La decisione migliore è quella che puoi spiegare. Se non sai spiegare perché hai scelto Excel 365 o Excel 2024, probabilmente non hai ancora completato il ragionamento.</w:t>
      </w:r>
    </w:p>
    <w:p>
      <w:pPr>
        <w:pStyle w:val="Heading2"/>
        <w:keepNext/>
        <w:spacing w:before="200" w:after="120"/>
      </w:pPr>
      <w:r>
        <w:t>Errori ricorrenti da evitare</w:t>
      </w:r>
    </w:p>
    <w:p>
      <w:pPr>
        <w:pStyle w:val="ListBullet"/>
      </w:pPr>
      <w:r>
        <w:t>Valutare solo il prezzo iniziale e ignorare tempo perso, collaborazione, aggiornamenti e compatibilità.</w:t>
      </w:r>
    </w:p>
    <w:p>
      <w:pPr>
        <w:pStyle w:val="ListBullet"/>
      </w:pPr>
      <w:r>
        <w:t>Creare file con funzioni moderne senza indicare la versione minima necessaria per aprirli correttamente.</w:t>
      </w:r>
    </w:p>
    <w:p>
      <w:pPr>
        <w:pStyle w:val="ListBullet"/>
      </w:pPr>
      <w:r>
        <w:t>Confondere cloud con disordine: salvare online non basta se permessi, nomi file e responsabilità non sono chiari.</w:t>
      </w:r>
    </w:p>
    <w:p>
      <w:pPr>
        <w:pStyle w:val="ListBullet"/>
      </w:pPr>
      <w:r>
        <w:t>Considerare Copilot o Python come scorciatoie automatiche invece che strumenti da usare con verifica e competenza.</w:t>
      </w:r>
    </w:p>
    <w:p>
      <w:pPr>
        <w:pStyle w:val="ListBullet"/>
      </w:pPr>
      <w:r>
        <w:t>Scegliere la versione solo perché è quella già conosciuta, senza verificare se i processi sono cambiati.</w:t>
      </w:r>
    </w:p>
    <w:p>
      <w:pPr>
        <w:pStyle w:val="BodyText"/>
        <w:ind w:firstLine="255"/>
      </w:pPr>
      <w:r>
        <w:t>Evitare questi errori non richiede competenze specialistiche. Richiede soprattutto un cambio di prospettiva: Excel non è solo il programma che apre una tabella, ma l’ambiente in cui molte decisioni vengono preparate. Più la decisione è importante, più la scelta della versione deve essere consapevole.</w:t>
      </w:r>
    </w:p>
    <w:p>
      <w:pPr>
        <w:pStyle w:val="Heading3"/>
        <w:keepNext/>
        <w:spacing w:before="200" w:after="120"/>
      </w:pPr>
      <w:r>
        <w:t>Esempio pratico</w:t>
      </w:r>
    </w:p>
    <w:p>
      <w:pPr>
        <w:pStyle w:val="Quote"/>
      </w:pPr>
      <w:r>
        <w:t>Prima di acquistare, prendi tre file rappresentativi: uno semplice, uno medio e uno critico. Chiediti quali funzioni usano, chi li modifica, dove vengono salvati, quanto spesso cambiano e cosa succede se non funzionano. La risposta a queste domande è più utile di qualunque scheda tecnica.</w:t>
      </w:r>
    </w:p>
    <w:p>
      <w:pPr>
        <w:pStyle w:val="BodyText"/>
        <w:ind w:firstLine="255"/>
      </w:pPr>
      <w:r>
        <w:t>L’esempio non serve a imporre una risposta unica, ma a mostrare il metodo: partire dal lavoro reale, individuare il punto debole e verificare quale versione riduce meglio quel problema. Quando si ragiona così, la scelta diventa più semplice e meno influenzata da slogan commerciali o abitudini personali.</w:t>
      </w:r>
    </w:p>
    <w:p>
      <w:pPr>
        <w:pStyle w:val="Heading2"/>
        <w:keepNext/>
        <w:spacing w:before="200" w:after="120"/>
      </w:pPr>
      <w:r>
        <w:t>Laboratorio pratico del capitolo</w:t>
      </w:r>
    </w:p>
    <w:p>
      <w:pPr>
        <w:pStyle w:val="BodyText"/>
        <w:ind w:firstLine="255"/>
      </w:pPr>
      <w:r>
        <w:t>Per trasformare la lettura in una decisione utile, esegui questo piccolo esercizio prima di proseguire. Non richiede competenze tecniche avanzate: richiede soltanto di osservare come usi davvero Excel.</w:t>
      </w:r>
    </w:p>
    <w:p>
      <w:pPr>
        <w:pStyle w:val="ListNumber"/>
      </w:pPr>
      <w:r>
        <w:t>Scegli un file Excel che usi spesso e scrivi in una frase a cosa serve. Se non riesci a descriverlo con chiarezza, probabilmente il file contiene più processi mescolati.</w:t>
      </w:r>
    </w:p>
    <w:p>
      <w:pPr>
        <w:pStyle w:val="ListNumber"/>
      </w:pPr>
      <w:r>
        <w:t>Individua tre operazioni che ripeti manualmente. Possono essere copia e incolla, filtri, aggiornamento grafici, pulizia dati, invio del file o controllo formule.</w:t>
      </w:r>
    </w:p>
    <w:p>
      <w:pPr>
        <w:pStyle w:val="ListNumber"/>
      </w:pPr>
      <w:r>
        <w:t>Segna chi usa il file: solo tu, un collega, un cliente, un fornitore o un gruppo di lavoro. La risposta cambia il peso della collaborazione.</w:t>
      </w:r>
    </w:p>
    <w:p>
      <w:pPr>
        <w:pStyle w:val="ListNumber"/>
      </w:pPr>
      <w:r>
        <w:t>Valuta il rischio: cosa succede se il file contiene un errore? Nulla di grave, perdita di tempo, decisione sbagliata, problema economico o problema di conformità?</w:t>
      </w:r>
    </w:p>
    <w:p>
      <w:pPr>
        <w:pStyle w:val="Heading2"/>
        <w:keepNext/>
        <w:spacing w:before="200" w:after="120"/>
      </w:pPr>
      <w:r>
        <w:t>Schede applicative</w:t>
      </w:r>
    </w:p>
    <w:p>
      <w:pPr>
        <w:pStyle w:val="BodyText"/>
        <w:ind w:firstLine="255"/>
      </w:pPr>
      <w:r>
        <w:t>Le schede seguenti traducono il tema del capitolo in piccoli modelli mentali. Non sono file già pronti, ma descrizioni operative che puoi trasformare in cartelle Excel reali. L’obiettivo è capire come la scelta della versione incide su attività concrete, non su funzioni isolate.</w:t>
      </w:r>
    </w:p>
    <w:p>
      <w:pPr>
        <w:pStyle w:val="Heading3"/>
        <w:keepNext/>
        <w:spacing w:before="200" w:after="120"/>
      </w:pPr>
      <w:r>
        <w:t>Scheda 1: Matrice decisionale finale</w:t>
      </w:r>
    </w:p>
    <w:p>
      <w:pPr>
        <w:pStyle w:val="BodyText"/>
        <w:ind w:firstLine="255"/>
      </w:pPr>
      <w:r>
        <w:t>In un modello dedicato a matrice decisionale finale,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matrice decisionale finale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matrice decisionale finale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2: Test su tre file reali</w:t>
      </w:r>
    </w:p>
    <w:p>
      <w:pPr>
        <w:pStyle w:val="BodyText"/>
        <w:ind w:firstLine="255"/>
      </w:pPr>
      <w:r>
        <w:t>In un modello dedicato a test su tre file reali,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test su tre file reali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test su tre file reali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3: Verbale di scelta licenza</w:t>
      </w:r>
    </w:p>
    <w:p>
      <w:pPr>
        <w:pStyle w:val="BodyText"/>
        <w:ind w:firstLine="255"/>
      </w:pPr>
      <w:r>
        <w:t>In un modello dedicato a verbale di scelta licenza,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verbale di scelta licenza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verbale di scelta licenza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4: Piano revisione annuale</w:t>
      </w:r>
    </w:p>
    <w:p>
      <w:pPr>
        <w:pStyle w:val="BodyText"/>
        <w:ind w:firstLine="255"/>
      </w:pPr>
      <w:r>
        <w:t>In un modello dedicato a piano revisione annuale,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piano revisione annuale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piano revisione annuale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3"/>
        <w:keepNext/>
        <w:spacing w:before="200" w:after="120"/>
      </w:pPr>
      <w:r>
        <w:t>Scheda 5: Scheda rischi accettati</w:t>
      </w:r>
    </w:p>
    <w:p>
      <w:pPr>
        <w:pStyle w:val="BodyText"/>
        <w:ind w:firstLine="255"/>
      </w:pPr>
      <w:r>
        <w:t>In un modello dedicato a scheda rischi accettati, la prima attività è definire chiaramente lo scopo del file. Un foglio Excel nasce spesso da un bisogno immediato e poi cresce senza struttura: si aggiungono colonne, note, colori, formule e filtri. Prima di decidere tra Excel 365 ed Excel 2024, conviene quindi stabilire quali dati entrano, quali risultati devono uscire e chi è responsabile dell’aggiornamento.</w:t>
      </w:r>
    </w:p>
    <w:p>
      <w:pPr>
        <w:pStyle w:val="BodyText"/>
        <w:ind w:firstLine="255"/>
      </w:pPr>
      <w:r>
        <w:t>Per questo caso, Excel 2024 può essere adatto se il modello rimane locale, stabile e usato da poche persone. La sua forza è la prevedibilità: il file viene costruito su un set di funzioni noto e cambia poco nel tempo. Questa impostazione riduce sorprese, ma richiede di accettare che alcune innovazioni successive non entreranno automaticamente nel processo.</w:t>
      </w:r>
    </w:p>
    <w:p>
      <w:pPr>
        <w:pStyle w:val="BodyText"/>
        <w:ind w:firstLine="255"/>
      </w:pPr>
      <w:r>
        <w:t>Excel 365 diventa più interessante se il modello di scheda rischi accettati deve essere aggiornato spesso, condiviso, rivisto da più utenti o collegato ad altri servizi. Il vantaggio non è soltanto avere più funzioni, ma poter integrare il file in un ambiente più ampio, con salvataggio cloud, cronologia, collaborazione e aggiornamenti continui.</w:t>
      </w:r>
    </w:p>
    <w:p>
      <w:pPr>
        <w:pStyle w:val="BodyText"/>
        <w:ind w:firstLine="255"/>
      </w:pPr>
      <w:r>
        <w:t>La domanda finale per questa scheda è semplice: il file di scheda rischi accettati deve restare una cartella personale o diventare un piccolo sistema di lavoro? Nel primo caso prevalgono semplicità e controllo locale. Nel secondo caso diventano più importanti collaborazione, aggiornabilità, automazione e compatibilità futura.</w:t>
      </w:r>
    </w:p>
    <w:p>
      <w:pPr>
        <w:pStyle w:val="Heading2"/>
        <w:keepNext/>
        <w:spacing w:before="200" w:after="120"/>
      </w:pPr>
      <w:r>
        <w:t>Riepilogo del capitolo</w:t>
      </w:r>
    </w:p>
    <w:p>
      <w:pPr>
        <w:pStyle w:val="ListBullet"/>
      </w:pPr>
      <w:r>
        <w:t>Obiettivo del capitolo: Fornire una metodologia pratica, checklist e criteri ponderati per decidere tra Excel 365 ed Excel 2024.</w:t>
      </w:r>
    </w:p>
    <w:p>
      <w:pPr>
        <w:pStyle w:val="ListBullet"/>
      </w:pPr>
      <w:r>
        <w:t>La scelta tra Excel 365 ed Excel 2024 deve partire dal processo di lavoro, non dal solo prezzo o dalla familiarità dell’interfaccia.</w:t>
      </w:r>
    </w:p>
    <w:p>
      <w:pPr>
        <w:pStyle w:val="ListBullet"/>
      </w:pPr>
      <w:r>
        <w:t>Le funzioni moderne hanno valore quando risolvono un problema reale: dati da pulire, formule da mantenere, file da condividere o report da aggiornare.</w:t>
      </w:r>
    </w:p>
    <w:p>
      <w:pPr>
        <w:pStyle w:val="ListBullet"/>
      </w:pPr>
      <w:r>
        <w:t>La compatibilità va verificata sui file concreti, soprattutto quando si usano formule nuove, automazioni, macro o strumenti cloud.</w:t>
      </w:r>
    </w:p>
    <w:p>
      <w:pPr>
        <w:pStyle w:val="Heading2"/>
        <w:keepNext/>
        <w:spacing w:before="200" w:after="120"/>
      </w:pPr>
      <w:r>
        <w:t>Collegamento con il capitolo successivo</w:t>
      </w:r>
    </w:p>
    <w:p>
      <w:pPr>
        <w:pStyle w:val="BodyText"/>
        <w:ind w:firstLine="255"/>
      </w:pPr>
      <w:r>
        <w:t>Il confronto termina con una conclusione pratica: non scegliere Excel per quello che promette, ma per il lavoro che deve sostenere.</w:t>
      </w:r>
    </w:p>
    <w:p>
      <w:r>
        <w:br w:type="page"/>
      </w:r>
    </w:p>
    <w:p>
      <w:pPr>
        <w:pStyle w:val="Heading1"/>
        <w:keepNext/>
        <w:spacing w:before="240" w:after="120"/>
      </w:pPr>
      <w:r>
        <w:t>Conclusione</w:t>
      </w:r>
    </w:p>
    <w:p>
      <w:pPr>
        <w:pStyle w:val="BodyText"/>
        <w:ind w:firstLine="255"/>
      </w:pPr>
      <w:r>
        <w:t>Excel 365 ed Excel 2024 non rappresentano semplicemente due modi diversi di acquistare lo stesso programma. Rappresentano due filosofie di lavoro. Excel 2024 è una scelta più stabile, prevedibile e tradizionale: paghi una volta, installi, lavori in locale e ricevi il set di funzioni previsto da quella versione. Excel 365 è una scelta più dinamica: paghi un servizio, ricevi aggiornamenti, integrazione cloud, collaborazione e, nei piani idonei, strumenti che spostano Excel verso intelligenza artificiale e analisi avanzata.</w:t>
      </w:r>
    </w:p>
    <w:p>
      <w:pPr>
        <w:pStyle w:val="BodyText"/>
        <w:ind w:firstLine="255"/>
      </w:pPr>
      <w:r>
        <w:t>La risposta migliore dipende dal contesto. Se usi Excel poche volte, su un solo computer, con file semplici e senza necessità di collaborazione, Excel 2024 può essere una scelta razionale. Se Excel è parte del tuo lavoro quotidiano, se collabori, se aggiorni report, se vuoi funzioni sempre più moderne o se ti interessa l’evoluzione di Copilot e Python in Excel, Microsoft 365 diventa molto più interessante.</w:t>
      </w:r>
    </w:p>
    <w:p>
      <w:pPr>
        <w:pStyle w:val="BodyText"/>
        <w:ind w:firstLine="255"/>
      </w:pPr>
      <w:r>
        <w:t>Il criterio finale è il valore. Valore significa tempo risparmiato, errori ridotti, file più controllabili, collaborazione più semplice, sicurezza più gestibile e maggiore capacità di adattarsi al cambiamento. A volte il valore maggiore sta nel non complicarsi la vita con funzioni inutili. Altre volte sta nel non restare fermi mentre il modo di lavorare con i dati cambia.</w:t>
      </w:r>
    </w:p>
    <w:p>
      <w:pPr>
        <w:pStyle w:val="BodyText"/>
        <w:ind w:firstLine="255"/>
      </w:pPr>
      <w:r>
        <w:t>La scelta migliore, quindi, non è “Excel 365” o “Excel 2024” in assoluto. È la versione che sostiene meglio i tuoi processi, i tuoi file, il tuo budget, il tuo livello di collaborazione e il tuo orizzonte di crescita. Questo è il messaggio centrale del libro: non scegliere Excel per abitudine, ma per progetto.</w:t>
      </w:r>
    </w:p>
    <w:p>
      <w:pPr>
        <w:pStyle w:val="BodyText"/>
        <w:ind w:firstLine="255"/>
      </w:pPr>
      <w:r>
        <w:t>Prima di decidere, prova l’esercizio più semplice: prendi i tre file Excel più importanti che usi oggi e chiediti quale versione li rende più sicuri, più facili da mantenere e più utili domani. La risposta è già molto vicina alla scelta giusta.</w:t>
      </w:r>
    </w:p>
    <w:p>
      <w:r>
        <w:br w:type="page"/>
      </w:r>
    </w:p>
    <w:p>
      <w:pPr>
        <w:pStyle w:val="Heading1"/>
        <w:keepNext/>
        <w:spacing w:before="240" w:after="120"/>
      </w:pPr>
      <w:r>
        <w:t>Glossario essenziale</w:t>
      </w:r>
    </w:p>
    <w:p>
      <w:pPr>
        <w:pStyle w:val="Heading2"/>
        <w:keepNext/>
        <w:spacing w:before="200" w:after="120"/>
      </w:pPr>
      <w:r>
        <w:t>Excel 365</w:t>
      </w:r>
    </w:p>
    <w:p>
      <w:pPr>
        <w:pStyle w:val="BodyText"/>
        <w:ind w:firstLine="255"/>
      </w:pPr>
      <w:r>
        <w:t>Nome d’uso comune per indicare Excel incluso negli abbonamenti Microsoft 365. La denominazione tecnica ricorrente nelle fonti Microsoft è Excel per Microsoft 365.</w:t>
      </w:r>
    </w:p>
    <w:p>
      <w:pPr>
        <w:pStyle w:val="Heading2"/>
        <w:keepNext/>
        <w:spacing w:before="200" w:after="120"/>
      </w:pPr>
      <w:r>
        <w:t>Excel 2024</w:t>
      </w:r>
    </w:p>
    <w:p>
      <w:pPr>
        <w:pStyle w:val="BodyText"/>
        <w:ind w:firstLine="255"/>
      </w:pPr>
      <w:r>
        <w:t>Versione di Excel inclusa in Office 2024, distribuita con modello di acquisto una tantum nelle edizioni previste da Microsoft.</w:t>
      </w:r>
    </w:p>
    <w:p>
      <w:pPr>
        <w:pStyle w:val="Heading2"/>
        <w:keepNext/>
        <w:spacing w:before="200" w:after="120"/>
      </w:pPr>
      <w:r>
        <w:t>Microsoft 365</w:t>
      </w:r>
    </w:p>
    <w:p>
      <w:pPr>
        <w:pStyle w:val="BodyText"/>
        <w:ind w:firstLine="255"/>
      </w:pPr>
      <w:r>
        <w:t>Ecosistema a sottoscrizione che include applicazioni, servizi cloud, aggiornamenti e funzionalità variabili in base al piano.</w:t>
      </w:r>
    </w:p>
    <w:p>
      <w:pPr>
        <w:pStyle w:val="Heading2"/>
        <w:keepNext/>
        <w:spacing w:before="200" w:after="120"/>
      </w:pPr>
      <w:r>
        <w:t>Office 2024</w:t>
      </w:r>
    </w:p>
    <w:p>
      <w:pPr>
        <w:pStyle w:val="BodyText"/>
        <w:ind w:firstLine="255"/>
      </w:pPr>
      <w:r>
        <w:t>Suite Office acquistabile una tantum. Include applicazioni desktop e un set di funzionalità definito per quella versione.</w:t>
      </w:r>
    </w:p>
    <w:p>
      <w:pPr>
        <w:pStyle w:val="Heading2"/>
        <w:keepNext/>
        <w:spacing w:before="200" w:after="120"/>
      </w:pPr>
      <w:r>
        <w:t>Matrici dinamiche</w:t>
      </w:r>
    </w:p>
    <w:p>
      <w:pPr>
        <w:pStyle w:val="BodyText"/>
        <w:ind w:firstLine="255"/>
      </w:pPr>
      <w:r>
        <w:t>Comportamento delle formule che restituiscono più risultati e li distribuiscono automaticamente nelle celle vicine.</w:t>
      </w:r>
    </w:p>
    <w:p>
      <w:pPr>
        <w:pStyle w:val="Heading2"/>
        <w:keepNext/>
        <w:spacing w:before="200" w:after="120"/>
      </w:pPr>
      <w:r>
        <w:t>LAMBDA</w:t>
      </w:r>
    </w:p>
    <w:p>
      <w:pPr>
        <w:pStyle w:val="BodyText"/>
        <w:ind w:firstLine="255"/>
      </w:pPr>
      <w:r>
        <w:t>Funzione che permette di definire funzioni personalizzate riutilizzabili all’interno di una cartella Excel.</w:t>
      </w:r>
    </w:p>
    <w:p>
      <w:pPr>
        <w:pStyle w:val="Heading2"/>
        <w:keepNext/>
        <w:spacing w:before="200" w:after="120"/>
      </w:pPr>
      <w:r>
        <w:t>Power Query</w:t>
      </w:r>
    </w:p>
    <w:p>
      <w:pPr>
        <w:pStyle w:val="BodyText"/>
        <w:ind w:firstLine="255"/>
      </w:pPr>
      <w:r>
        <w:t>Strumento per importare, pulire e trasformare dati in modo ripetibile.</w:t>
      </w:r>
    </w:p>
    <w:p>
      <w:pPr>
        <w:pStyle w:val="Heading2"/>
        <w:keepNext/>
        <w:spacing w:before="200" w:after="120"/>
      </w:pPr>
      <w:r>
        <w:t>Tabella pivot</w:t>
      </w:r>
    </w:p>
    <w:p>
      <w:pPr>
        <w:pStyle w:val="BodyText"/>
        <w:ind w:firstLine="255"/>
      </w:pPr>
      <w:r>
        <w:t>Strumento di riepilogo che consente di sintetizzare e analizzare dati attraverso righe, colonne, filtri e valori aggregati.</w:t>
      </w:r>
    </w:p>
    <w:p>
      <w:pPr>
        <w:pStyle w:val="Heading2"/>
        <w:keepNext/>
        <w:spacing w:before="200" w:after="120"/>
      </w:pPr>
      <w:r>
        <w:t>Coauthoring</w:t>
      </w:r>
    </w:p>
    <w:p>
      <w:pPr>
        <w:pStyle w:val="BodyText"/>
        <w:ind w:firstLine="255"/>
      </w:pPr>
      <w:r>
        <w:t>Lavoro simultaneo di più utenti sullo stesso file, tipicamente in un contesto cloud.</w:t>
      </w:r>
    </w:p>
    <w:p>
      <w:pPr>
        <w:pStyle w:val="Heading2"/>
        <w:keepNext/>
        <w:spacing w:before="200" w:after="120"/>
      </w:pPr>
      <w:r>
        <w:t>Copilot in Excel</w:t>
      </w:r>
    </w:p>
    <w:p>
      <w:pPr>
        <w:pStyle w:val="BodyText"/>
        <w:ind w:firstLine="255"/>
      </w:pPr>
      <w:r>
        <w:t>Assistente basato su intelligenza artificiale integrato in Excel per Microsoft 365 in piani e contesti idonei.</w:t>
      </w:r>
    </w:p>
    <w:p>
      <w:pPr>
        <w:pStyle w:val="Heading2"/>
        <w:keepNext/>
        <w:spacing w:before="200" w:after="120"/>
      </w:pPr>
      <w:r>
        <w:t>Python in Excel</w:t>
      </w:r>
    </w:p>
    <w:p>
      <w:pPr>
        <w:pStyle w:val="BodyText"/>
        <w:ind w:firstLine="255"/>
      </w:pPr>
      <w:r>
        <w:t>Integrazione che consente agli utenti idonei di scrivere formule Python nella griglia di Excel e usare librerie per analisi e visualizzazioni.</w:t>
      </w:r>
    </w:p>
    <w:p>
      <w:pPr>
        <w:pStyle w:val="Heading2"/>
        <w:keepNext/>
        <w:spacing w:before="200" w:after="120"/>
      </w:pPr>
      <w:r>
        <w:t>Canale di aggiornamento</w:t>
      </w:r>
    </w:p>
    <w:p>
      <w:pPr>
        <w:pStyle w:val="BodyText"/>
        <w:ind w:firstLine="255"/>
      </w:pPr>
      <w:r>
        <w:t>Modalità con cui Microsoft 365 Apps riceve nuove funzioni, correzioni e aggiornamenti di sicurezza.</w:t>
      </w:r>
    </w:p>
    <w:p>
      <w:pPr>
        <w:pStyle w:val="Heading2"/>
        <w:keepNext/>
        <w:spacing w:before="200" w:after="120"/>
      </w:pPr>
      <w:r>
        <w:t>XLL</w:t>
      </w:r>
    </w:p>
    <w:p>
      <w:pPr>
        <w:pStyle w:val="BodyText"/>
        <w:ind w:firstLine="255"/>
      </w:pPr>
      <w:r>
        <w:t>Tipo di componente aggiuntivo per Excel. I file provenienti da Internet possono rappresentare un rischio se non verificati.</w:t>
      </w:r>
    </w:p>
    <w:p>
      <w:pPr>
        <w:pStyle w:val="Heading2"/>
        <w:keepNext/>
        <w:spacing w:before="200" w:after="120"/>
      </w:pPr>
      <w:r>
        <w:t>ODF</w:t>
      </w:r>
    </w:p>
    <w:p>
      <w:pPr>
        <w:pStyle w:val="BodyText"/>
        <w:ind w:firstLine="255"/>
      </w:pPr>
      <w:r>
        <w:t>OpenDocument Format, formato aperto per documenti da ufficio supportato da diverse suite.</w:t>
      </w:r>
    </w:p>
    <w:p>
      <w:r>
        <w:br w:type="page"/>
      </w:r>
    </w:p>
    <w:p>
      <w:pPr>
        <w:pStyle w:val="Heading1"/>
        <w:keepNext/>
        <w:spacing w:before="240" w:after="120"/>
      </w:pPr>
      <w:r>
        <w:t>Appendici operative</w:t>
      </w:r>
    </w:p>
    <w:p>
      <w:pPr>
        <w:pStyle w:val="BodyText"/>
        <w:ind w:firstLine="255"/>
      </w:pPr>
      <w:r>
        <w:t>Le appendici raccolgono strumenti rapidi da usare dopo la lettura: checklist, glossario funzionale e piano di migrazione. Sono pensate per trasformare il libro in una piccola guida di lavoro.</w:t>
      </w:r>
    </w:p>
    <w:p>
      <w:pPr>
        <w:pStyle w:val="Heading2"/>
        <w:keepNext/>
        <w:spacing w:before="200" w:after="120"/>
      </w:pPr>
      <w:r>
        <w:t>Appendice operativa - Checklist rapida prima dell’acquisto</w:t>
      </w:r>
    </w:p>
    <w:p>
      <w:pPr>
        <w:pStyle w:val="BodyText"/>
        <w:ind w:firstLine="255"/>
      </w:pPr>
      <w:r>
        <w:t>Questa appendice raccoglie domande pratiche da usare prima di scegliere tra Excel 365 ed Excel 2024. Non sostituisce la lettura dei capitoli, ma permette di trasformare il ragionamento in una verifica veloce.</w:t>
      </w:r>
    </w:p>
    <w:p>
      <w:pPr>
        <w:pStyle w:val="BodyText"/>
        <w:ind w:firstLine="255"/>
      </w:pPr>
      <w:r>
        <w:t>La checklist è utile soprattutto quando la decisione coinvolge più persone: titolare, responsabile amministrativo, consulente informatico, formatore o reparto IT. Mettere le risposte per iscritto riduce fraintendimenti e acquisti non coerenti.</w:t>
      </w:r>
    </w:p>
    <w:p>
      <w:pPr>
        <w:pStyle w:val="ListBullet"/>
      </w:pPr>
      <w:r>
        <w:t>Excel viene usato ogni giorno, ogni settimana o solo occasionalmente?</w:t>
      </w:r>
    </w:p>
    <w:p>
      <w:pPr>
        <w:pStyle w:val="ListBullet"/>
      </w:pPr>
      <w:r>
        <w:t>I file sono usati da una sola persona o da più persone?</w:t>
      </w:r>
    </w:p>
    <w:p>
      <w:pPr>
        <w:pStyle w:val="ListBullet"/>
      </w:pPr>
      <w:r>
        <w:t>Serve lavorare da più dispositivi o solo da un PC principale?</w:t>
      </w:r>
    </w:p>
    <w:p>
      <w:pPr>
        <w:pStyle w:val="ListBullet"/>
      </w:pPr>
      <w:r>
        <w:t>I file devono essere condivisi in cloud con controlli di accesso?</w:t>
      </w:r>
    </w:p>
    <w:p>
      <w:pPr>
        <w:pStyle w:val="ListBullet"/>
      </w:pPr>
      <w:r>
        <w:t>Le formule moderne sono necessarie o bastano formule classiche?</w:t>
      </w:r>
    </w:p>
    <w:p>
      <w:pPr>
        <w:pStyle w:val="ListBullet"/>
      </w:pPr>
      <w:r>
        <w:t>Copilot, Python in Excel o automazioni cloud sono realmente utili nel processo?</w:t>
      </w:r>
    </w:p>
    <w:p>
      <w:pPr>
        <w:pStyle w:val="ListBullet"/>
      </w:pPr>
      <w:r>
        <w:t>I destinatari dei file hanno versioni compatibili?</w:t>
      </w:r>
    </w:p>
    <w:p>
      <w:pPr>
        <w:pStyle w:val="ListBullet"/>
      </w:pPr>
      <w:r>
        <w:t>Il costo va valutato su uno, tre o cinque anni?</w:t>
      </w:r>
    </w:p>
    <w:p>
      <w:pPr>
        <w:pStyle w:val="ListBullet"/>
      </w:pPr>
      <w:r>
        <w:t>Il sistema operativo usato è supportato e resterà supportato?</w:t>
      </w:r>
    </w:p>
    <w:p>
      <w:pPr>
        <w:pStyle w:val="ListBullet"/>
      </w:pPr>
      <w:r>
        <w:t>Esistono file critici da testare prima della migrazione?</w:t>
      </w:r>
    </w:p>
    <w:p>
      <w:pPr>
        <w:pStyle w:val="BodyText"/>
        <w:ind w:firstLine="255"/>
      </w:pPr>
      <w:r>
        <w:t>Usa questa sezione come documento vivo: puoi copiare le domande in un foglio di lavoro, assegnare una risposta a ciascun punto e trasformare il confronto in una decisione documentata.</w:t>
      </w:r>
    </w:p>
    <w:p>
      <w:pPr>
        <w:pStyle w:val="Heading2"/>
        <w:keepNext/>
        <w:spacing w:before="200" w:after="120"/>
      </w:pPr>
      <w:r>
        <w:t>Appendice operativa - Mini glossario delle funzioni moderne</w:t>
      </w:r>
    </w:p>
    <w:p>
      <w:pPr>
        <w:pStyle w:val="BodyText"/>
        <w:ind w:firstLine="255"/>
      </w:pPr>
      <w:r>
        <w:t>Le funzioni moderne di Excel possono spaventare chi arriva da formule tradizionali. In realtà molte hanno una logica semplice: filtrare, ordinare, selezionare, impilare, dividere, trasformare. Il problema non è la complessità, ma l’abitudine a pensare riga per riga.</w:t>
      </w:r>
    </w:p>
    <w:p>
      <w:pPr>
        <w:pStyle w:val="BodyText"/>
        <w:ind w:firstLine="255"/>
      </w:pPr>
      <w:r>
        <w:t>Questo glossario usa i nomi internazionali più diffusi nelle guide Microsoft e nella documentazione tecnica. Nelle installazioni localizzate alcune funzioni possono apparire con nome tradotto o con separatori diversi nelle formule.</w:t>
      </w:r>
    </w:p>
    <w:p>
      <w:pPr>
        <w:pStyle w:val="ListBullet"/>
      </w:pPr>
      <w:r>
        <w:t>FILTER: restituisce solo le righe che rispettano una condizione.</w:t>
      </w:r>
    </w:p>
    <w:p>
      <w:pPr>
        <w:pStyle w:val="ListBullet"/>
      </w:pPr>
      <w:r>
        <w:t>SORT e SORTBY: ordinano un intervallo o un array in base a criteri definiti.</w:t>
      </w:r>
    </w:p>
    <w:p>
      <w:pPr>
        <w:pStyle w:val="ListBullet"/>
      </w:pPr>
      <w:r>
        <w:t>UNIQUE: estrae valori unici da un elenco.</w:t>
      </w:r>
    </w:p>
    <w:p>
      <w:pPr>
        <w:pStyle w:val="ListBullet"/>
      </w:pPr>
      <w:r>
        <w:t>SEQUENCE: genera una sequenza numerica dinamica.</w:t>
      </w:r>
    </w:p>
    <w:p>
      <w:pPr>
        <w:pStyle w:val="ListBullet"/>
      </w:pPr>
      <w:r>
        <w:t>TEXTSPLIT: divide una stringa in colonne o righe usando delimitatori.</w:t>
      </w:r>
    </w:p>
    <w:p>
      <w:pPr>
        <w:pStyle w:val="ListBullet"/>
      </w:pPr>
      <w:r>
        <w:t>TEXTBEFORE e TEXTAFTER: estraggono testo prima o dopo un delimitatore.</w:t>
      </w:r>
    </w:p>
    <w:p>
      <w:pPr>
        <w:pStyle w:val="ListBullet"/>
      </w:pPr>
      <w:r>
        <w:t>VSTACK e HSTACK: combinano array in verticale o in orizzontale.</w:t>
      </w:r>
    </w:p>
    <w:p>
      <w:pPr>
        <w:pStyle w:val="ListBullet"/>
      </w:pPr>
      <w:r>
        <w:t>TAKE e DROP: prendono o escludono righe e colonne da un array.</w:t>
      </w:r>
    </w:p>
    <w:p>
      <w:pPr>
        <w:pStyle w:val="ListBullet"/>
      </w:pPr>
      <w:r>
        <w:t>LAMBDA: trasforma una formula in funzione personalizzata riutilizzabile.</w:t>
      </w:r>
    </w:p>
    <w:p>
      <w:pPr>
        <w:pStyle w:val="ListBullet"/>
      </w:pPr>
      <w:r>
        <w:t>XLOOKUP e XMATCH: rendono le ricerche più flessibili rispetto a vecchi schemi come CERCA.VERT.</w:t>
      </w:r>
    </w:p>
    <w:p>
      <w:pPr>
        <w:pStyle w:val="BodyText"/>
        <w:ind w:firstLine="255"/>
      </w:pPr>
      <w:r>
        <w:t>Usa questa sezione come documento vivo: puoi copiare le domande in un foglio di lavoro, assegnare una risposta a ciascun punto e trasformare il confronto in una decisione documentata.</w:t>
      </w:r>
    </w:p>
    <w:p>
      <w:pPr>
        <w:pStyle w:val="Heading2"/>
        <w:keepNext/>
        <w:spacing w:before="200" w:after="120"/>
      </w:pPr>
      <w:r>
        <w:t>Appendice operativa - Esempio di piano di migrazione da Excel 2024 a Microsoft 365</w:t>
      </w:r>
    </w:p>
    <w:p>
      <w:pPr>
        <w:pStyle w:val="BodyText"/>
        <w:ind w:firstLine="255"/>
      </w:pPr>
      <w:r>
        <w:t>Una migrazione non deve essere improvvisata. Anche se installare Microsoft 365 può sembrare semplice, il vero lavoro è capire quali file cambieranno comportamento, quali utenti devono essere formati e quali procedure vanno aggiornate.</w:t>
      </w:r>
    </w:p>
    <w:p>
      <w:pPr>
        <w:pStyle w:val="BodyText"/>
        <w:ind w:firstLine="255"/>
      </w:pPr>
      <w:r>
        <w:t>Il piano seguente è pensato per una piccola organizzazione, ma può essere adattato a un professionista o a un reparto aziendale. L’obiettivo è ridurre rischi, tempi morti e confusione.</w:t>
      </w:r>
    </w:p>
    <w:p>
      <w:pPr>
        <w:pStyle w:val="ListBullet"/>
      </w:pPr>
      <w:r>
        <w:t>Inventariare i file Excel più importanti e dividerli in semplici, medi e critici.</w:t>
      </w:r>
    </w:p>
    <w:p>
      <w:pPr>
        <w:pStyle w:val="ListBullet"/>
      </w:pPr>
      <w:r>
        <w:t>Aprire i file critici nella nuova versione e verificare formule, macro, collegamenti, grafici e protezioni.</w:t>
      </w:r>
    </w:p>
    <w:p>
      <w:pPr>
        <w:pStyle w:val="ListBullet"/>
      </w:pPr>
      <w:r>
        <w:t>Stabilire dove verranno salvati i file: locale, OneDrive, SharePoint o cartelle condivise.</w:t>
      </w:r>
    </w:p>
    <w:p>
      <w:pPr>
        <w:pStyle w:val="ListBullet"/>
      </w:pPr>
      <w:r>
        <w:t>Definire permessi e responsabilità: chi modifica, chi controlla, chi approva.</w:t>
      </w:r>
    </w:p>
    <w:p>
      <w:pPr>
        <w:pStyle w:val="ListBullet"/>
      </w:pPr>
      <w:r>
        <w:t>Formare gli utenti sulle differenze operative: salvataggio automatico, condivisione, commenti, versioni, coauthoring.</w:t>
      </w:r>
    </w:p>
    <w:p>
      <w:pPr>
        <w:pStyle w:val="ListBullet"/>
      </w:pPr>
      <w:r>
        <w:t>Creare una breve guida interna con regole di denominazione file, backup e gestione modifiche.</w:t>
      </w:r>
    </w:p>
    <w:p>
      <w:pPr>
        <w:pStyle w:val="ListBullet"/>
      </w:pPr>
      <w:r>
        <w:t>Avviare un periodo pilota con pochi utenti prima della distribuzione completa.</w:t>
      </w:r>
    </w:p>
    <w:p>
      <w:pPr>
        <w:pStyle w:val="ListBullet"/>
      </w:pPr>
      <w:r>
        <w:t>Monitorare problemi ricorrenti e aggiornare le procedure.</w:t>
      </w:r>
    </w:p>
    <w:p>
      <w:pPr>
        <w:pStyle w:val="BodyText"/>
        <w:ind w:firstLine="255"/>
      </w:pPr>
      <w:r>
        <w:t>Usa questa sezione come documento vivo: puoi copiare le domande in un foglio di lavoro, assegnare una risposta a ciascun punto e trasformare il confronto in una decisione documentata.</w:t>
      </w:r>
    </w:p>
    <w:p>
      <w:pPr>
        <w:pStyle w:val="Heading2"/>
        <w:keepNext/>
        <w:spacing w:before="200" w:after="120"/>
      </w:pPr>
      <w:r>
        <w:t>Appendice operativa - Dieci casi studio per scegliere la versione giusta</w:t>
      </w:r>
    </w:p>
    <w:p>
      <w:pPr>
        <w:pStyle w:val="BodyText"/>
        <w:ind w:firstLine="255"/>
      </w:pPr>
      <w:r>
        <w:t>I casi studio seguenti sono esempi editoriali costruiti per aiutare il lettore a riconoscere situazioni frequenti. Non rappresentano consulenza personalizzata, ma mostrano come applicare il metodo decisionale del libro a contesti diversi.</w:t>
      </w:r>
    </w:p>
    <w:p>
      <w:pPr>
        <w:pStyle w:val="Heading3"/>
        <w:keepNext/>
        <w:spacing w:before="200" w:after="120"/>
      </w:pPr>
      <w:r>
        <w:t>Famiglia con bilancio domestico</w:t>
      </w:r>
    </w:p>
    <w:p>
      <w:pPr>
        <w:pStyle w:val="BodyText"/>
        <w:ind w:firstLine="255"/>
      </w:pPr>
      <w:r>
        <w:t>Una famiglia usa Excel per controllare entrate, uscite, rate, utenze e piccoli obiettivi di risparmio. Il file viene aggiornato una o due volte al mese da un solo computer. Non ci sono formule avanzate, non c’è collaborazione e l’esigenza principale è conservare una struttura stabile per più anni.</w:t>
      </w:r>
    </w:p>
    <w:p>
      <w:pPr>
        <w:pStyle w:val="BodyText"/>
        <w:ind w:firstLine="255"/>
      </w:pPr>
      <w:r>
        <w:t>In questo caso Excel 2024 può essere una scelta molto sensata. Offre un ambiente completo per somme, categorie, grafici semplici, filtri e pianificazione. Microsoft 365 diventerebbe interessante solo se la famiglia volesse lavorare da più dispositivi, condividere il file in cloud o usare modelli sempre aggiornati.</w:t>
      </w:r>
    </w:p>
    <w:p>
      <w:pPr>
        <w:pStyle w:val="BodyText"/>
        <w:ind w:firstLine="255"/>
      </w:pPr>
      <w:r>
        <w:t>La lezione del caso è che la scelta corretta nasce dall’osservazione del processo. Quando il bisogno è locale, stabile e individuale, la licenza perpetua può essere razionale. Quando il bisogno è collaborativo, evolutivo o integrato con servizi cloud, l’abbonamento tende a produrre più valore. In entrambi i casi, la decisione va verificata sui file reali.</w:t>
      </w:r>
    </w:p>
    <w:p>
      <w:pPr>
        <w:pStyle w:val="Heading3"/>
        <w:keepNext/>
        <w:spacing w:before="200" w:after="120"/>
      </w:pPr>
      <w:r>
        <w:t>Freelance che prepara report per clienti</w:t>
      </w:r>
    </w:p>
    <w:p>
      <w:pPr>
        <w:pStyle w:val="BodyText"/>
        <w:ind w:firstLine="255"/>
      </w:pPr>
      <w:r>
        <w:t>Un professionista autonomo realizza report commerciali, analisi di campagne, confronti prezzi e file riepilogativi per clienti diversi. Deve inviare documenti, aggiornare dati, correggere rapidamente errori e spesso lavorare da più postazioni.</w:t>
      </w:r>
    </w:p>
    <w:p>
      <w:pPr>
        <w:pStyle w:val="BodyText"/>
        <w:ind w:firstLine="255"/>
      </w:pPr>
      <w:r>
        <w:t>Qui Excel 365 tende a essere più forte. Il valore non sta solo nelle funzioni, ma nella continuità di lavoro: file cloud, aggiornamenti, collaborazione, funzioni moderne e possibilità di integrare Excel con altri strumenti Microsoft. Excel 2024 resta possibile, ma potrebbe diventare stretto se i clienti iniziano a richiedere file condivisi o formule più recenti.</w:t>
      </w:r>
    </w:p>
    <w:p>
      <w:pPr>
        <w:pStyle w:val="BodyText"/>
        <w:ind w:firstLine="255"/>
      </w:pPr>
      <w:r>
        <w:t>La lezione del caso è che la scelta corretta nasce dall’osservazione del processo. Quando il bisogno è locale, stabile e individuale, la licenza perpetua può essere razionale. Quando il bisogno è collaborativo, evolutivo o integrato con servizi cloud, l’abbonamento tende a produrre più valore. In entrambi i casi, la decisione va verificata sui file reali.</w:t>
      </w:r>
    </w:p>
    <w:p>
      <w:pPr>
        <w:pStyle w:val="Heading3"/>
        <w:keepNext/>
        <w:spacing w:before="200" w:after="120"/>
      </w:pPr>
      <w:r>
        <w:t>Negozio con listino e magazzino</w:t>
      </w:r>
    </w:p>
    <w:p>
      <w:pPr>
        <w:pStyle w:val="BodyText"/>
        <w:ind w:firstLine="255"/>
      </w:pPr>
      <w:r>
        <w:t>Un piccolo negozio usa Excel per gestire listini, quantità, fornitori, codici prodotto e ordini. Il file è aggiornato da una persona, ma viene consultato anche da altri collaboratori. Ogni mese arrivano esportazioni dal gestionale o dal marketplace.</w:t>
      </w:r>
    </w:p>
    <w:p>
      <w:pPr>
        <w:pStyle w:val="BodyText"/>
        <w:ind w:firstLine="255"/>
      </w:pPr>
      <w:r>
        <w:t>La risposta dipende dalla complessità. Se il listino è semplice e locale, Excel 2024 può bastare. Se invece bisogna importare dati, pulire file CSV, condividere aggiornamenti e ridurre errori di versione, Microsoft 365 con Power Query e cloud può rendere il processo più ordinato.</w:t>
      </w:r>
    </w:p>
    <w:p>
      <w:pPr>
        <w:pStyle w:val="BodyText"/>
        <w:ind w:firstLine="255"/>
      </w:pPr>
      <w:r>
        <w:t>La lezione del caso è che la scelta corretta nasce dall’osservazione del processo. Quando il bisogno è locale, stabile e individuale, la licenza perpetua può essere razionale. Quando il bisogno è collaborativo, evolutivo o integrato con servizi cloud, l’abbonamento tende a produrre più valore. In entrambi i casi, la decisione va verificata sui file reali.</w:t>
      </w:r>
    </w:p>
    <w:p>
      <w:pPr>
        <w:pStyle w:val="Heading3"/>
        <w:keepNext/>
        <w:spacing w:before="200" w:after="120"/>
      </w:pPr>
      <w:r>
        <w:t>Studio professionale con documenti riservati</w:t>
      </w:r>
    </w:p>
    <w:p>
      <w:pPr>
        <w:pStyle w:val="BodyText"/>
        <w:ind w:firstLine="255"/>
      </w:pPr>
      <w:r>
        <w:t>Uno studio gestisce fogli di calcolo con dati sensibili, scadenze, compensi, anagrafiche e controlli interni. I file devono essere protetti, aggiornati e accessibili solo a persone autorizzate. La priorità è la sicurezza, ma anche la continuità operativa.</w:t>
      </w:r>
    </w:p>
    <w:p>
      <w:pPr>
        <w:pStyle w:val="BodyText"/>
        <w:ind w:firstLine="255"/>
      </w:pPr>
      <w:r>
        <w:t>Excel 365 può offrire vantaggi se lo studio usa già Microsoft 365, OneDrive, SharePoint e criteri di accesso. Tuttavia serve configurazione corretta. Excel 2024 può essere preferito per file locali molto controllati, ma non elimina la necessità di backup, aggiornamenti e procedure di sicurezza.</w:t>
      </w:r>
    </w:p>
    <w:p>
      <w:pPr>
        <w:pStyle w:val="BodyText"/>
        <w:ind w:firstLine="255"/>
      </w:pPr>
      <w:r>
        <w:t>La lezione del caso è che la scelta corretta nasce dall’osservazione del processo. Quando il bisogno è locale, stabile e individuale, la licenza perpetua può essere razionale. Quando il bisogno è collaborativo, evolutivo o integrato con servizi cloud, l’abbonamento tende a produrre più valore. In entrambi i casi, la decisione va verificata sui file reali.</w:t>
      </w:r>
    </w:p>
    <w:p>
      <w:pPr>
        <w:pStyle w:val="Heading3"/>
        <w:keepNext/>
        <w:spacing w:before="200" w:after="120"/>
      </w:pPr>
      <w:r>
        <w:t>Scuola o docente con esercitazioni</w:t>
      </w:r>
    </w:p>
    <w:p>
      <w:pPr>
        <w:pStyle w:val="BodyText"/>
        <w:ind w:firstLine="255"/>
      </w:pPr>
      <w:r>
        <w:t>Un docente prepara esercizi, modelli, griglie di valutazione e file dimostrativi. Gli studenti possono avere versioni diverse di Excel o usare Excel per il Web. La compatibilità diventa più importante della funzione più avanzata.</w:t>
      </w:r>
    </w:p>
    <w:p>
      <w:pPr>
        <w:pStyle w:val="BodyText"/>
        <w:ind w:firstLine="255"/>
      </w:pPr>
      <w:r>
        <w:t>In questo scenario Microsoft 365 è spesso utile se l’istituto lo fornisce e se gli studenti lavorano in cloud. Ma il docente deve progettare file didattici con attenzione: indicare versione richiesta, evitare funzioni non disponibili a tutti e preparare alternative quando necessario.</w:t>
      </w:r>
    </w:p>
    <w:p>
      <w:pPr>
        <w:pStyle w:val="BodyText"/>
        <w:ind w:firstLine="255"/>
      </w:pPr>
      <w:r>
        <w:t>La lezione del caso è che la scelta corretta nasce dall’osservazione del processo. Quando il bisogno è locale, stabile e individuale, la licenza perpetua può essere razionale. Quando il bisogno è collaborativo, evolutivo o integrato con servizi cloud, l’abbonamento tende a produrre più valore. In entrambi i casi, la decisione va verificata sui file reali.</w:t>
      </w:r>
    </w:p>
    <w:p>
      <w:pPr>
        <w:pStyle w:val="Heading3"/>
        <w:keepNext/>
        <w:spacing w:before="200" w:after="120"/>
      </w:pPr>
      <w:r>
        <w:t>PMI con report vendite mensile</w:t>
      </w:r>
    </w:p>
    <w:p>
      <w:pPr>
        <w:pStyle w:val="BodyText"/>
        <w:ind w:firstLine="255"/>
      </w:pPr>
      <w:r>
        <w:t>Una piccola azienda aggiorna ogni mese un report vendite partendo da esportazioni di gestionale, e-commerce e fogli inviati dai commerciali. Il file produce grafici, riepiloghi e indicatori per la direzione.</w:t>
      </w:r>
    </w:p>
    <w:p>
      <w:pPr>
        <w:pStyle w:val="BodyText"/>
        <w:ind w:firstLine="255"/>
      </w:pPr>
      <w:r>
        <w:t>Excel 365 è spesso la scelta più produttiva, soprattutto se il report deve essere condiviso, aggiornato con Power Query e consultato da più persone. Excel 2024 può funzionare se il processo è locale e ben definito, ma rischia di richiedere più interventi manuali nel tempo.</w:t>
      </w:r>
    </w:p>
    <w:p>
      <w:pPr>
        <w:pStyle w:val="BodyText"/>
        <w:ind w:firstLine="255"/>
      </w:pPr>
      <w:r>
        <w:t>La lezione del caso è che la scelta corretta nasce dall’osservazione del processo. Quando il bisogno è locale, stabile e individuale, la licenza perpetua può essere razionale. Quando il bisogno è collaborativo, evolutivo o integrato con servizi cloud, l’abbonamento tende a produrre più valore. In entrambi i casi, la decisione va verificata sui file reali.</w:t>
      </w:r>
    </w:p>
    <w:p>
      <w:pPr>
        <w:pStyle w:val="Heading3"/>
        <w:keepNext/>
        <w:spacing w:before="200" w:after="120"/>
      </w:pPr>
      <w:r>
        <w:t>Azienda con reparto IT e file critici</w:t>
      </w:r>
    </w:p>
    <w:p>
      <w:pPr>
        <w:pStyle w:val="BodyText"/>
        <w:ind w:firstLine="255"/>
      </w:pPr>
      <w:r>
        <w:t>Un’organizzazione strutturata usa Excel per modelli approvati, controlli interni e procedure operative. Non può permettersi cambiamenti imprevisti che rompano macro, collegamenti o add-in. Il reparto IT deve gestire aggiornamenti, sicurezza e compatibilità.</w:t>
      </w:r>
    </w:p>
    <w:p>
      <w:pPr>
        <w:pStyle w:val="BodyText"/>
        <w:ind w:firstLine="255"/>
      </w:pPr>
      <w:r>
        <w:t>In questo caso non esiste una risposta unica. Microsoft 365 può essere scelto con canali di aggiornamento più controllati, test pilota e policy. Office LTSC o Office 2024 possono avere senso per ambienti stabili o postazioni specializzate. La decisione deve essere governata, non lasciata all’abitudine dei singoli utenti.</w:t>
      </w:r>
    </w:p>
    <w:p>
      <w:pPr>
        <w:pStyle w:val="BodyText"/>
        <w:ind w:firstLine="255"/>
      </w:pPr>
      <w:r>
        <w:t>La lezione del caso è che la scelta corretta nasce dall’osservazione del processo. Quando il bisogno è locale, stabile e individuale, la licenza perpetua può essere razionale. Quando il bisogno è collaborativo, evolutivo o integrato con servizi cloud, l’abbonamento tende a produrre più valore. In entrambi i casi, la decisione va verificata sui file reali.</w:t>
      </w:r>
    </w:p>
    <w:p>
      <w:pPr>
        <w:pStyle w:val="Heading3"/>
        <w:keepNext/>
        <w:spacing w:before="200" w:after="120"/>
      </w:pPr>
      <w:r>
        <w:t>Analista dati con esigenze avanzate</w:t>
      </w:r>
    </w:p>
    <w:p>
      <w:pPr>
        <w:pStyle w:val="BodyText"/>
        <w:ind w:firstLine="255"/>
      </w:pPr>
      <w:r>
        <w:t>Un analista usa Excel per esplorare dati, preparare modelli, creare visualizzazioni, pulire dataset e collaborare con altri reparti. Le richieste cambiano spesso e il valore principale è ridurre il tempo tra domanda e risposta.</w:t>
      </w:r>
    </w:p>
    <w:p>
      <w:pPr>
        <w:pStyle w:val="BodyText"/>
        <w:ind w:firstLine="255"/>
      </w:pPr>
      <w:r>
        <w:t>Microsoft 365 è generalmente più indicato. Le funzioni moderne, l’evoluzione continua, Copilot e Python in Excel nei piani idonei possono aumentare la capacità di analisi. Excel 2024 può restare un buon ambiente, ma meno adatto se il lavoro richiede innovazione continua.</w:t>
      </w:r>
    </w:p>
    <w:p>
      <w:pPr>
        <w:pStyle w:val="BodyText"/>
        <w:ind w:firstLine="255"/>
      </w:pPr>
      <w:r>
        <w:t>La lezione del caso è che la scelta corretta nasce dall’osservazione del processo. Quando il bisogno è locale, stabile e individuale, la licenza perpetua può essere razionale. Quando il bisogno è collaborativo, evolutivo o integrato con servizi cloud, l’abbonamento tende a produrre più valore. In entrambi i casi, la decisione va verificata sui file reali.</w:t>
      </w:r>
    </w:p>
    <w:p>
      <w:pPr>
        <w:pStyle w:val="Heading3"/>
        <w:keepNext/>
        <w:spacing w:before="200" w:after="120"/>
      </w:pPr>
      <w:r>
        <w:t>Utente che non vuole abbonamenti</w:t>
      </w:r>
    </w:p>
    <w:p>
      <w:pPr>
        <w:pStyle w:val="BodyText"/>
        <w:ind w:firstLine="255"/>
      </w:pPr>
      <w:r>
        <w:t>Un utente preferisce evitare costi ricorrenti, account complessi e servizi cloud. Vuole un programma installato, prevedibile e disponibile sul proprio computer principale. Usa Excel in modo tradizionale e non collabora su file in tempo reale.</w:t>
      </w:r>
    </w:p>
    <w:p>
      <w:pPr>
        <w:pStyle w:val="BodyText"/>
        <w:ind w:firstLine="255"/>
      </w:pPr>
      <w:r>
        <w:t>Excel 2024 risponde bene a questa esigenza. La scelta è coerente se l’utente accetta il limite naturale della versione perpetua: non ricevere il flusso continuo di nuove funzioni e dover acquistare una versione successiva se in futuro servirà un salto maggiore.</w:t>
      </w:r>
    </w:p>
    <w:p>
      <w:pPr>
        <w:pStyle w:val="BodyText"/>
        <w:ind w:firstLine="255"/>
      </w:pPr>
      <w:r>
        <w:t>La lezione del caso è che la scelta corretta nasce dall’osservazione del processo. Quando il bisogno è locale, stabile e individuale, la licenza perpetua può essere razionale. Quando il bisogno è collaborativo, evolutivo o integrato con servizi cloud, l’abbonamento tende a produrre più valore. In entrambi i casi, la decisione va verificata sui file reali.</w:t>
      </w:r>
    </w:p>
    <w:p>
      <w:pPr>
        <w:pStyle w:val="Heading3"/>
        <w:keepNext/>
        <w:spacing w:before="200" w:after="120"/>
      </w:pPr>
      <w:r>
        <w:t>Team che lavora da remoto</w:t>
      </w:r>
    </w:p>
    <w:p>
      <w:pPr>
        <w:pStyle w:val="BodyText"/>
        <w:ind w:firstLine="255"/>
      </w:pPr>
      <w:r>
        <w:t>Un team distribuito usa Excel per attività condivise: pianificazione, tracciamento attività, fogli di budget e report. Il problema principale non è il calcolo, ma evitare copie diverse, allegati confusi e modifiche non coordinate.</w:t>
      </w:r>
    </w:p>
    <w:p>
      <w:pPr>
        <w:pStyle w:val="BodyText"/>
        <w:ind w:firstLine="255"/>
      </w:pPr>
      <w:r>
        <w:t>Microsoft 365 è la scelta più coerente perché la collaborazione è parte del bisogno. La versione del programma conta insieme a OneDrive, SharePoint, permessi, cronologia e regole di lavoro. Excel 2024 può aprire file e lavorare bene localmente, ma non offre lo stesso valore organizzativo nel flusso remoto.</w:t>
      </w:r>
    </w:p>
    <w:p>
      <w:pPr>
        <w:pStyle w:val="BodyText"/>
        <w:ind w:firstLine="255"/>
      </w:pPr>
      <w:r>
        <w:t>La lezione del caso è che la scelta corretta nasce dall’osservazione del processo. Quando il bisogno è locale, stabile e individuale, la licenza perpetua può essere razionale. Quando il bisogno è collaborativo, evolutivo o integrato con servizi cloud, l’abbonamento tende a produrre più valore. In entrambi i casi, la decisione va verificata sui file reali.</w:t>
      </w:r>
    </w:p>
    <w:p>
      <w:r>
        <w:br w:type="page"/>
      </w:r>
    </w:p>
    <w:p>
      <w:pPr>
        <w:pStyle w:val="Heading1"/>
        <w:keepNext/>
        <w:spacing w:before="240" w:after="120"/>
      </w:pPr>
      <w:r>
        <w:t>Bibliografia e fonti consultate</w:t>
      </w:r>
    </w:p>
    <w:p>
      <w:pPr>
        <w:pStyle w:val="BodyText"/>
        <w:ind w:firstLine="0"/>
      </w:pPr>
      <w:r>
        <w:t>Le fonti seguenti sono state consultate per verificare informazioni su licenze, funzionalità, supporto, canali di aggiornamento e disponibilità degli strumenti. I contenuti del libro sono originali e rielaborati in forma editoriale. Accesso alle fonti: luglio 2026.</w:t>
      </w:r>
    </w:p>
    <w:p>
      <w:pPr>
        <w:pStyle w:val="BodyText"/>
        <w:spacing w:after="80"/>
        <w:ind w:firstLine="0"/>
      </w:pPr>
      <w:r>
        <w:rPr>
          <w:b/>
        </w:rPr>
        <w:t xml:space="preserve">1. Microsoft Support. </w:t>
      </w:r>
      <w:r>
        <w:t xml:space="preserve">Qual è la differenza tra Microsoft 365 e Office 2024?. </w:t>
      </w:r>
      <w:r>
        <w:t>https://support.microsoft.com/it-it/office/qual-%C3%A8-la-differenza-tra-microsoft-365-e-office-2024-ed447ebf-6060-46f9-9e90-a239bd27eb96</w:t>
      </w:r>
    </w:p>
    <w:p>
      <w:pPr>
        <w:pStyle w:val="BodyText"/>
        <w:spacing w:after="80"/>
        <w:ind w:firstLine="0"/>
      </w:pPr>
      <w:r>
        <w:rPr>
          <w:b/>
        </w:rPr>
        <w:t xml:space="preserve">2. Microsoft Support. </w:t>
      </w:r>
      <w:r>
        <w:t xml:space="preserve">What’s new in Excel 2024 for Windows and Mac. </w:t>
      </w:r>
      <w:r>
        <w:t>https://support.microsoft.com/en-us/excel/what-s-new-in-excel-2024-for-windows-and-mac</w:t>
      </w:r>
    </w:p>
    <w:p>
      <w:pPr>
        <w:pStyle w:val="BodyText"/>
        <w:spacing w:after="80"/>
        <w:ind w:firstLine="0"/>
      </w:pPr>
      <w:r>
        <w:rPr>
          <w:b/>
        </w:rPr>
        <w:t xml:space="preserve">3. Microsoft Support. </w:t>
      </w:r>
      <w:r>
        <w:t xml:space="preserve">Office 2024 and Office LTSC 2024 FAQ. </w:t>
      </w:r>
      <w:r>
        <w:t>https://support.microsoft.com/en-us/office/lifecycle/office-2024-and-office-ltsc-2024-faq-1c454a7d-3d0a-4139-b1bd-c61725ea436c</w:t>
      </w:r>
    </w:p>
    <w:p>
      <w:pPr>
        <w:pStyle w:val="BodyText"/>
        <w:spacing w:after="80"/>
        <w:ind w:firstLine="0"/>
      </w:pPr>
      <w:r>
        <w:rPr>
          <w:b/>
        </w:rPr>
        <w:t xml:space="preserve">4. Microsoft Learn. </w:t>
      </w:r>
      <w:r>
        <w:t xml:space="preserve">Office 2024 - Microsoft Lifecycle. </w:t>
      </w:r>
      <w:r>
        <w:t>https://learn.microsoft.com/en-us/lifecycle/products/office-2024</w:t>
      </w:r>
    </w:p>
    <w:p>
      <w:pPr>
        <w:pStyle w:val="BodyText"/>
        <w:spacing w:after="80"/>
        <w:ind w:firstLine="0"/>
      </w:pPr>
      <w:r>
        <w:rPr>
          <w:b/>
        </w:rPr>
        <w:t xml:space="preserve">5. Microsoft Learn. </w:t>
      </w:r>
      <w:r>
        <w:t xml:space="preserve">Office LTSC 2024 - Microsoft Lifecycle. </w:t>
      </w:r>
      <w:r>
        <w:t>https://learn.microsoft.com/en-us/lifecycle/products/office-ltsc-2024</w:t>
      </w:r>
    </w:p>
    <w:p>
      <w:pPr>
        <w:pStyle w:val="BodyText"/>
        <w:spacing w:after="80"/>
        <w:ind w:firstLine="0"/>
      </w:pPr>
      <w:r>
        <w:rPr>
          <w:b/>
        </w:rPr>
        <w:t xml:space="preserve">6. Microsoft Learn. </w:t>
      </w:r>
      <w:r>
        <w:t xml:space="preserve">Overview of update channels for Microsoft 365 Apps. </w:t>
      </w:r>
      <w:r>
        <w:t>https://learn.microsoft.com/en-us/microsoft-365-apps/updates/overview-update-channels</w:t>
      </w:r>
    </w:p>
    <w:p>
      <w:pPr>
        <w:pStyle w:val="BodyText"/>
        <w:spacing w:after="80"/>
        <w:ind w:firstLine="0"/>
      </w:pPr>
      <w:r>
        <w:rPr>
          <w:b/>
        </w:rPr>
        <w:t xml:space="preserve">7. Microsoft Support. </w:t>
      </w:r>
      <w:r>
        <w:t xml:space="preserve">Get started with Copilot in Excel. </w:t>
      </w:r>
      <w:r>
        <w:t>https://support.microsoft.com/en-us/excel/copilot/get-started-with-copilot-in-excel</w:t>
      </w:r>
    </w:p>
    <w:p>
      <w:pPr>
        <w:pStyle w:val="BodyText"/>
        <w:spacing w:after="80"/>
        <w:ind w:firstLine="0"/>
      </w:pPr>
      <w:r>
        <w:rPr>
          <w:b/>
        </w:rPr>
        <w:t xml:space="preserve">8. Microsoft Support. </w:t>
      </w:r>
      <w:r>
        <w:t xml:space="preserve">Python in Excel availability. </w:t>
      </w:r>
      <w:r>
        <w:t>https://support.microsoft.com/en-us/excel/python/python-in-excel-availability</w:t>
      </w:r>
    </w:p>
    <w:p>
      <w:pPr>
        <w:pStyle w:val="BodyText"/>
        <w:spacing w:after="80"/>
        <w:ind w:firstLine="0"/>
      </w:pPr>
      <w:r>
        <w:rPr>
          <w:b/>
        </w:rPr>
        <w:t xml:space="preserve">9. Microsoft Support. </w:t>
      </w:r>
      <w:r>
        <w:t xml:space="preserve">Dynamic array formulas and spilled array behavior. </w:t>
      </w:r>
      <w:r>
        <w:t>https://support.microsoft.com/en-us/excel/dynamic-array-formulas-and-spilled-array-behavior</w:t>
      </w:r>
    </w:p>
    <w:p>
      <w:pPr>
        <w:pStyle w:val="BodyText"/>
        <w:spacing w:after="80"/>
        <w:ind w:firstLine="0"/>
      </w:pPr>
      <w:r>
        <w:rPr>
          <w:b/>
        </w:rPr>
        <w:t xml:space="preserve">10. Microsoft Support. </w:t>
      </w:r>
      <w:r>
        <w:t xml:space="preserve">LAMBDA function. </w:t>
      </w:r>
      <w:r>
        <w:t>https://support.microsoft.com/en-us/excel/functions/lambda-function</w:t>
      </w:r>
    </w:p>
    <w:p>
      <w:pPr>
        <w:pStyle w:val="BodyText"/>
        <w:spacing w:after="80"/>
        <w:ind w:firstLine="0"/>
      </w:pPr>
      <w:r>
        <w:rPr>
          <w:b/>
        </w:rPr>
        <w:t xml:space="preserve">11. Microsoft Support. </w:t>
      </w:r>
      <w:r>
        <w:t xml:space="preserve">FILTER function. </w:t>
      </w:r>
      <w:r>
        <w:t>https://support.microsoft.com/en-us/excel/functions/filter-function</w:t>
      </w:r>
    </w:p>
    <w:p>
      <w:pPr>
        <w:pStyle w:val="BodyText"/>
        <w:spacing w:after="80"/>
        <w:ind w:firstLine="0"/>
      </w:pPr>
      <w:r>
        <w:rPr>
          <w:b/>
        </w:rPr>
        <w:t xml:space="preserve">12. Microsoft Support. </w:t>
      </w:r>
      <w:r>
        <w:t xml:space="preserve">TEXTSPLIT function. </w:t>
      </w:r>
      <w:r>
        <w:t>https://support.microsoft.com/en-us/excel/functions/textsplit-function</w:t>
      </w:r>
    </w:p>
    <w:p>
      <w:pPr>
        <w:pStyle w:val="BodyText"/>
        <w:spacing w:after="80"/>
        <w:ind w:firstLine="0"/>
      </w:pPr>
      <w:r>
        <w:rPr>
          <w:b/>
        </w:rPr>
        <w:t xml:space="preserve">13. Microsoft Support. </w:t>
      </w:r>
      <w:r>
        <w:t xml:space="preserve">XLOOKUP function. </w:t>
      </w:r>
      <w:r>
        <w:t>https://support.microsoft.com/en-us/excel/functions/xlookup-function</w:t>
      </w:r>
    </w:p>
    <w:p>
      <w:pPr>
        <w:pStyle w:val="BodyText"/>
        <w:spacing w:after="80"/>
        <w:ind w:firstLine="0"/>
      </w:pPr>
      <w:r>
        <w:rPr>
          <w:b/>
        </w:rPr>
        <w:t xml:space="preserve">14. Microsoft Support. </w:t>
      </w:r>
      <w:r>
        <w:t xml:space="preserve">REGEXEXTRACT Function. </w:t>
      </w:r>
      <w:r>
        <w:t>https://support.microsoft.com/en-us/excel/functions/regexextract-function</w:t>
      </w:r>
    </w:p>
    <w:p>
      <w:pPr>
        <w:pStyle w:val="BodyText"/>
        <w:spacing w:after="80"/>
        <w:ind w:firstLine="0"/>
      </w:pPr>
      <w:r>
        <w:rPr>
          <w:b/>
        </w:rPr>
        <w:t xml:space="preserve">15. Microsoft Tech Community - Excel Blog. </w:t>
      </w:r>
      <w:r>
        <w:t xml:space="preserve">Announcing New Text and Array Functions. </w:t>
      </w:r>
      <w:r>
        <w:t>https://techcommunity.microsoft.com/blog/excelblog/announcing-new-text-and-array-functions/3186066</w:t>
      </w:r>
    </w:p>
    <w:p>
      <w:pPr>
        <w:pStyle w:val="BodyText"/>
        <w:spacing w:after="80"/>
        <w:ind w:firstLine="0"/>
      </w:pPr>
      <w:r>
        <w:rPr>
          <w:b/>
        </w:rPr>
        <w:t xml:space="preserve">16. Microsoft Tech Community - Excel Blog. </w:t>
      </w:r>
      <w:r>
        <w:t xml:space="preserve">Announcing TRIMRANGE and accompanying trim references. </w:t>
      </w:r>
      <w:r>
        <w:t>https://techcommunity.microsoft.com/blog/excelblog/announcing-trimrange-and-accompanying-trim-references/4230202</w:t>
      </w:r>
    </w:p>
    <w:p>
      <w:pPr>
        <w:pStyle w:val="BodyText"/>
        <w:spacing w:after="80"/>
        <w:ind w:firstLine="0"/>
      </w:pPr>
      <w:r>
        <w:rPr>
          <w:b/>
        </w:rPr>
        <w:t xml:space="preserve">17. Microsoft Learn. </w:t>
      </w:r>
      <w:r>
        <w:t xml:space="preserve">Release notes for Current Channel. </w:t>
      </w:r>
      <w:r>
        <w:t>https://learn.microsoft.com/en-us/officeupdates/current-channel</w:t>
      </w:r>
    </w:p>
    <w:p>
      <w:pPr>
        <w:pStyle w:val="BodyText"/>
        <w:spacing w:after="80"/>
        <w:ind w:firstLine="0"/>
      </w:pPr>
      <w:r>
        <w:rPr>
          <w:b/>
        </w:rPr>
        <w:t xml:space="preserve">18. Microsoft Support. </w:t>
      </w:r>
      <w:r>
        <w:t xml:space="preserve">System requirements for Microsoft 365 for business, education and government. </w:t>
      </w:r>
      <w:r>
        <w:t>https://support.microsoft.com/en-us/office/system-requirements/system-requirements-for-microsoft-365-for-business-education-and-government-use</w:t>
      </w:r>
    </w:p>
    <w:p>
      <w:r>
        <w:br w:type="page"/>
      </w:r>
    </w:p>
    <w:p>
      <w:pPr>
        <w:pStyle w:val="Heading1"/>
        <w:keepNext/>
        <w:spacing w:before="240" w:after="120"/>
      </w:pPr>
      <w:r>
        <w:t>Note sull’autore</w:t>
      </w:r>
    </w:p>
    <w:p>
      <w:pPr>
        <w:pStyle w:val="BodyText"/>
        <w:ind w:firstLine="255"/>
      </w:pPr>
      <w:r>
        <w:t>Falamesca.it è un progetto editoriale e professionale dedicato alla comunicazione digitale, alla strategia online, alla creazione di contenuti e alla produzione di guide pratiche per professionisti, aziende e lettori che vogliono comprendere meglio strumenti, processi e opportunità del mondo digitale.</w:t>
      </w:r>
    </w:p>
    <w:p>
      <w:pPr>
        <w:pStyle w:val="BodyText"/>
        <w:ind w:firstLine="255"/>
      </w:pPr>
      <w:r>
        <w:t>L’obiettivo editoriale è trasformare argomenti tecnici in percorsi chiari, utili e applicabili, con un linguaggio accessibile ma professionale. Questo libro segue la stessa filosofia: non limitarsi a elencare funzioni, ma aiutare il lettore a prendere una decisione consapevole e coerente con il proprio modo di lavorare.</w:t>
      </w:r>
    </w:p>
    <w:sectPr w:rsidR="00FC693F" w:rsidRPr="0006063C" w:rsidSect="00034616">
      <w:footerReference w:type="default" r:id="rId9"/>
      <w:pgSz w:w="8640" w:h="12960"/>
      <w:pgMar w:top="935" w:right="822" w:bottom="935" w:left="992" w:header="340" w:footer="425" w:gutter="142"/>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98" w:lineRule="auto" w:after="0"/>
    </w:pPr>
    <w:rPr>
      <w:rFonts w:ascii="Georgia" w:hAnsi="Georgia" w:eastAsia="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jc w:val="center"/>
      <w:outlineLvl w:val="0"/>
    </w:pPr>
    <w:rPr>
      <w:rFonts w:asciiTheme="majorHAnsi" w:eastAsiaTheme="majorEastAsia" w:hAnsiTheme="majorHAnsi" w:cstheme="majorBidi" w:ascii="Georgia" w:hAnsi="Georgia" w:eastAsia="Georgia"/>
      <w:b/>
      <w:bCs/>
      <w:color w:val="1F1F1F"/>
      <w:sz w:val="36"/>
      <w:szCs w:val="28"/>
    </w:rPr>
  </w:style>
  <w:style w:type="paragraph" w:styleId="Heading2">
    <w:name w:val="heading 2"/>
    <w:basedOn w:val="Normal"/>
    <w:next w:val="Normal"/>
    <w:link w:val="Heading2Char"/>
    <w:uiPriority w:val="9"/>
    <w:unhideWhenUsed/>
    <w:qFormat/>
    <w:rsid w:val="00FC693F"/>
    <w:pPr>
      <w:keepNext/>
      <w:keepLines/>
      <w:spacing w:before="200" w:after="120"/>
      <w:jc w:val="left"/>
      <w:outlineLvl w:val="1"/>
    </w:pPr>
    <w:rPr>
      <w:rFonts w:asciiTheme="majorHAnsi" w:eastAsiaTheme="majorEastAsia" w:hAnsiTheme="majorHAnsi" w:cstheme="majorBidi" w:ascii="Georgia" w:hAnsi="Georgia" w:eastAsia="Georgia"/>
      <w:b/>
      <w:bCs/>
      <w:color w:val="1F1F1F"/>
      <w:sz w:val="27"/>
      <w:szCs w:val="26"/>
    </w:rPr>
  </w:style>
  <w:style w:type="paragraph" w:styleId="Heading3">
    <w:name w:val="heading 3"/>
    <w:basedOn w:val="Normal"/>
    <w:next w:val="Normal"/>
    <w:link w:val="Heading3Char"/>
    <w:uiPriority w:val="9"/>
    <w:unhideWhenUsed/>
    <w:qFormat/>
    <w:rsid w:val="00FC693F"/>
    <w:pPr>
      <w:keepNext/>
      <w:keepLines/>
      <w:spacing w:before="200" w:after="120"/>
      <w:jc w:val="left"/>
      <w:outlineLvl w:val="2"/>
    </w:pPr>
    <w:rPr>
      <w:rFonts w:asciiTheme="majorHAnsi" w:eastAsiaTheme="majorEastAsia" w:hAnsiTheme="majorHAnsi" w:cstheme="majorBidi" w:ascii="Georgia" w:hAnsi="Georgia" w:eastAsia="Georgia"/>
      <w:b/>
      <w:bCs/>
      <w:color w:val="1F1F1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jc w:val="center"/>
    </w:pPr>
    <w:rPr>
      <w:rFonts w:asciiTheme="majorHAnsi" w:eastAsiaTheme="majorEastAsia" w:hAnsiTheme="majorHAnsi" w:cstheme="majorBidi" w:ascii="Georgia" w:hAnsi="Georgia" w:eastAsia="Georgia"/>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480"/>
      <w:jc w:val="center"/>
    </w:pPr>
    <w:rPr>
      <w:rFonts w:asciiTheme="majorHAnsi" w:eastAsiaTheme="majorEastAsia" w:hAnsiTheme="majorHAnsi" w:cstheme="majorBidi" w:ascii="Georgia" w:hAnsi="Georgia" w:eastAsia="Georgia"/>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0" w:line="298" w:lineRule="auto"/>
      <w:ind w:firstLine="255"/>
      <w:jc w:val="both"/>
    </w:pPr>
    <w:rPr>
      <w:rFonts w:ascii="Georgia" w:hAnsi="Georgia" w:eastAsia="Georgia"/>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83" w:lineRule="auto"/>
      <w:contextualSpacing/>
    </w:pPr>
    <w:rPr>
      <w:rFonts w:ascii="Georgia" w:hAnsi="Georgia" w:eastAsia="Georgia"/>
      <w:sz w:val="22"/>
    </w:rPr>
  </w:style>
  <w:style w:type="paragraph" w:styleId="ListBullet2">
    <w:name w:val="List Bullet 2"/>
    <w:basedOn w:val="Normal"/>
    <w:uiPriority w:val="99"/>
    <w:unhideWhenUsed/>
    <w:rsid w:val="00326F90"/>
    <w:pPr>
      <w:numPr>
        <w:numId w:val="2"/>
      </w:numPr>
      <w:spacing w:after="40" w:line="283" w:lineRule="auto"/>
      <w:contextualSpacing/>
    </w:pPr>
    <w:rPr>
      <w:rFonts w:ascii="Georgia" w:hAnsi="Georgia" w:eastAsia="Georgia"/>
      <w:sz w:val="22"/>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line="283" w:lineRule="auto"/>
      <w:contextualSpacing/>
    </w:pPr>
    <w:rPr>
      <w:rFonts w:ascii="Georgia" w:hAnsi="Georgia" w:eastAsia="Georgia"/>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20" w:after="120"/>
      <w:ind w:left="312" w:right="198"/>
      <w:jc w:val="both"/>
    </w:pPr>
    <w:rPr>
      <w:rFonts w:ascii="Georgia" w:hAnsi="Georgia" w:eastAsia="Georgia"/>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 365 vs Excel 2024</dc:title>
  <dc:subject>Guida pratica per scegliere, usare e valorizzare la versione giusta tra abbonamento, licenza perpetua, cloud, automazione e intelligenza artificiale</dc:subject>
  <dc:creator>Falamesca.it</dc:creator>
  <cp:keywords>Excel 365, Excel 2024, Microsoft 365, Office 2024, KDP, guida, produttività, formule, Copilot, Python in Excel</cp:keywords>
  <dc:description>Manoscritto interno impaginato per Amazon KDP.</dc:description>
  <cp:lastModifiedBy/>
  <cp:revision>1</cp:revision>
  <dcterms:created xsi:type="dcterms:W3CDTF">2013-12-23T23:15:00Z</dcterms:created>
  <dcterms:modified xsi:type="dcterms:W3CDTF">2013-12-23T23:15:00Z</dcterms:modified>
  <cp:category/>
</cp:coreProperties>
</file>